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C60C" w14:textId="77777777" w:rsidR="00D30CC1" w:rsidRPr="004738B2" w:rsidRDefault="00D30CC1" w:rsidP="00FE3C9F">
      <w:pPr>
        <w:rPr>
          <w:b/>
          <w:sz w:val="40"/>
          <w:lang w:val="hu-HU"/>
        </w:rPr>
      </w:pPr>
    </w:p>
    <w:p w14:paraId="32B1A9F7" w14:textId="679E5DD2" w:rsidR="005B44CE" w:rsidRPr="004738B2" w:rsidRDefault="00D30CC1" w:rsidP="00D30CC1">
      <w:pPr>
        <w:jc w:val="center"/>
        <w:rPr>
          <w:b/>
          <w:sz w:val="40"/>
          <w:lang w:val="hu-HU"/>
        </w:rPr>
      </w:pPr>
      <w:r w:rsidRPr="004738B2">
        <w:rPr>
          <w:b/>
          <w:noProof/>
          <w:sz w:val="40"/>
          <w:lang w:val="hu-HU"/>
        </w:rPr>
        <w:drawing>
          <wp:inline distT="0" distB="0" distL="0" distR="0" wp14:anchorId="0D7186D1" wp14:editId="3F62F705">
            <wp:extent cx="5486400" cy="3264196"/>
            <wp:effectExtent l="0" t="0" r="0" b="0"/>
            <wp:docPr id="1226439295" name="Kép 2" descr="A képen szöveg, Grafikus tervezés, embléma, Grafika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9295" name="Kép 2" descr="A képen szöveg, Grafikus tervezés, embléma, Grafika látható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8694" cy="330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8B2">
        <w:rPr>
          <w:b/>
          <w:sz w:val="40"/>
          <w:lang w:val="hu-HU"/>
        </w:rPr>
        <w:t>MTDSC TENISZ TOUR 2026–2027</w:t>
      </w:r>
    </w:p>
    <w:p w14:paraId="64D23754" w14:textId="77777777" w:rsidR="005B44CE" w:rsidRPr="004738B2" w:rsidRDefault="00186647">
      <w:pPr>
        <w:jc w:val="center"/>
        <w:rPr>
          <w:lang w:val="hu-HU"/>
        </w:rPr>
      </w:pPr>
      <w:r w:rsidRPr="004738B2">
        <w:rPr>
          <w:i/>
          <w:sz w:val="24"/>
          <w:lang w:val="hu-HU"/>
        </w:rPr>
        <w:t>Hivatalos Versenykiírás</w:t>
      </w:r>
    </w:p>
    <w:p w14:paraId="6FA1801B" w14:textId="77777777" w:rsidR="005B44CE" w:rsidRPr="004738B2" w:rsidRDefault="005B44CE">
      <w:pPr>
        <w:rPr>
          <w:lang w:val="hu-HU"/>
        </w:rPr>
      </w:pPr>
    </w:p>
    <w:p w14:paraId="21BC8FE9" w14:textId="77777777" w:rsidR="005B44CE" w:rsidRPr="004738B2" w:rsidRDefault="00186647">
      <w:pPr>
        <w:rPr>
          <w:lang w:val="hu-HU"/>
        </w:rPr>
      </w:pPr>
      <w:r w:rsidRPr="004738B2">
        <w:rPr>
          <w:b/>
          <w:sz w:val="24"/>
          <w:lang w:val="hu-HU"/>
        </w:rPr>
        <w:t>1. A verseny célja</w:t>
      </w:r>
    </w:p>
    <w:p w14:paraId="59E99A1C" w14:textId="77777777" w:rsidR="005B44CE" w:rsidRPr="004738B2" w:rsidRDefault="00186647" w:rsidP="00B57F4C">
      <w:pPr>
        <w:jc w:val="both"/>
        <w:rPr>
          <w:lang w:val="hu-HU"/>
        </w:rPr>
      </w:pPr>
      <w:r w:rsidRPr="004738B2">
        <w:rPr>
          <w:lang w:val="hu-HU"/>
        </w:rPr>
        <w:t>Az MTDSC Tenisz Tour egy rugalmas, kihívás alapú versenysorozat, amely ösztönzi a rendszeres sportolást, erősíti a közösséget, és minden szintű játékos számára lehetőséget biztosít a részvételre.</w:t>
      </w:r>
    </w:p>
    <w:p w14:paraId="71CA1469" w14:textId="77777777" w:rsidR="005B44CE" w:rsidRPr="004738B2" w:rsidRDefault="00186647">
      <w:pPr>
        <w:rPr>
          <w:lang w:val="hu-HU"/>
        </w:rPr>
      </w:pPr>
      <w:r w:rsidRPr="004738B2">
        <w:rPr>
          <w:b/>
          <w:sz w:val="24"/>
          <w:lang w:val="hu-HU"/>
        </w:rPr>
        <w:t>2. Időtartam</w:t>
      </w:r>
    </w:p>
    <w:p w14:paraId="517A0BC6" w14:textId="001385B7" w:rsidR="004738B2" w:rsidRPr="004738B2" w:rsidRDefault="1945ED08" w:rsidP="62AC5D7C">
      <w:pPr>
        <w:rPr>
          <w:lang w:val="hu-HU"/>
        </w:rPr>
      </w:pPr>
      <w:r w:rsidRPr="004738B2">
        <w:rPr>
          <w:lang w:val="hu-HU"/>
        </w:rPr>
        <w:t xml:space="preserve">Kezdés: 2026. </w:t>
      </w:r>
      <w:r w:rsidR="3D014DD9" w:rsidRPr="004738B2">
        <w:rPr>
          <w:lang w:val="hu-HU"/>
        </w:rPr>
        <w:t>jú</w:t>
      </w:r>
      <w:r w:rsidR="67FE3506" w:rsidRPr="004738B2">
        <w:rPr>
          <w:lang w:val="hu-HU"/>
        </w:rPr>
        <w:t>nius</w:t>
      </w:r>
      <w:r w:rsidR="69B0128B" w:rsidRPr="004738B2">
        <w:rPr>
          <w:lang w:val="hu-HU"/>
        </w:rPr>
        <w:t xml:space="preserve"> 1</w:t>
      </w:r>
      <w:r w:rsidRPr="004738B2">
        <w:rPr>
          <w:lang w:val="hu-HU"/>
        </w:rPr>
        <w:t>.</w:t>
      </w:r>
      <w:r w:rsidR="00186647" w:rsidRPr="004738B2">
        <w:rPr>
          <w:lang w:val="hu-HU"/>
        </w:rPr>
        <w:br/>
      </w:r>
      <w:r w:rsidRPr="004738B2">
        <w:rPr>
          <w:lang w:val="hu-HU"/>
        </w:rPr>
        <w:t xml:space="preserve">Zárás: 2027. </w:t>
      </w:r>
      <w:r w:rsidR="2BE17735" w:rsidRPr="004738B2">
        <w:rPr>
          <w:lang w:val="hu-HU"/>
        </w:rPr>
        <w:t>május</w:t>
      </w:r>
      <w:r w:rsidRPr="004738B2">
        <w:rPr>
          <w:lang w:val="hu-HU"/>
        </w:rPr>
        <w:t xml:space="preserve"> 3</w:t>
      </w:r>
      <w:r w:rsidR="2BE17735" w:rsidRPr="004738B2">
        <w:rPr>
          <w:lang w:val="hu-HU"/>
        </w:rPr>
        <w:t>1</w:t>
      </w:r>
      <w:r w:rsidRPr="004738B2">
        <w:rPr>
          <w:lang w:val="hu-HU"/>
        </w:rPr>
        <w:t>.</w:t>
      </w:r>
      <w:r w:rsidR="00186647" w:rsidRPr="004738B2">
        <w:rPr>
          <w:lang w:val="hu-HU"/>
        </w:rPr>
        <w:br/>
      </w:r>
      <w:r w:rsidRPr="004738B2">
        <w:rPr>
          <w:lang w:val="hu-HU"/>
        </w:rPr>
        <w:t>Eredményhirdetés a szezon lezárását követően.</w:t>
      </w:r>
    </w:p>
    <w:p w14:paraId="300063EC" w14:textId="77777777" w:rsidR="004738B2" w:rsidRPr="004738B2" w:rsidRDefault="004738B2">
      <w:pPr>
        <w:rPr>
          <w:lang w:val="hu-HU"/>
        </w:rPr>
      </w:pPr>
      <w:r w:rsidRPr="004738B2">
        <w:rPr>
          <w:lang w:val="hu-HU"/>
        </w:rPr>
        <w:br w:type="page"/>
      </w:r>
    </w:p>
    <w:p w14:paraId="2D6FE19D" w14:textId="77777777" w:rsidR="005B44CE" w:rsidRPr="004738B2" w:rsidRDefault="00186647">
      <w:pPr>
        <w:rPr>
          <w:b/>
          <w:sz w:val="24"/>
          <w:lang w:val="hu-HU"/>
        </w:rPr>
      </w:pPr>
      <w:r w:rsidRPr="004738B2">
        <w:rPr>
          <w:b/>
          <w:sz w:val="24"/>
          <w:lang w:val="hu-HU"/>
        </w:rPr>
        <w:lastRenderedPageBreak/>
        <w:t>3. Versenyformátum</w:t>
      </w:r>
    </w:p>
    <w:p w14:paraId="541DFA0F" w14:textId="30ECD69C" w:rsidR="00DD7D13" w:rsidRDefault="00BB4BDF" w:rsidP="00154DE5">
      <w:pPr>
        <w:jc w:val="both"/>
        <w:rPr>
          <w:lang w:val="hu-HU"/>
        </w:rPr>
      </w:pPr>
      <w:r>
        <w:rPr>
          <w:lang w:val="hu-HU"/>
        </w:rPr>
        <w:t>A versenysorozatban való részvétel feltétele</w:t>
      </w:r>
      <w:r w:rsidR="003C2F70">
        <w:rPr>
          <w:lang w:val="hu-HU"/>
        </w:rPr>
        <w:t xml:space="preserve"> aktív MTDSC tenisz szakosztály</w:t>
      </w:r>
      <w:r w:rsidR="009B7576">
        <w:rPr>
          <w:lang w:val="hu-HU"/>
        </w:rPr>
        <w:t xml:space="preserve"> tagság és rendezett éves tagdíj</w:t>
      </w:r>
      <w:r w:rsidR="00A154ED">
        <w:rPr>
          <w:lang w:val="hu-HU"/>
        </w:rPr>
        <w:t xml:space="preserve"> 2026 és 20</w:t>
      </w:r>
      <w:r w:rsidR="00354A75">
        <w:rPr>
          <w:lang w:val="hu-HU"/>
        </w:rPr>
        <w:t xml:space="preserve">27 </w:t>
      </w:r>
      <w:r w:rsidR="007E16EB">
        <w:rPr>
          <w:lang w:val="hu-HU"/>
        </w:rPr>
        <w:t>évben is</w:t>
      </w:r>
      <w:r w:rsidR="009B7576">
        <w:rPr>
          <w:lang w:val="hu-HU"/>
        </w:rPr>
        <w:t>.</w:t>
      </w:r>
      <w:r w:rsidR="00C03201">
        <w:rPr>
          <w:lang w:val="hu-HU"/>
        </w:rPr>
        <w:t xml:space="preserve"> A befizetett tagdíj ellenőrzése</w:t>
      </w:r>
      <w:r w:rsidR="00A154ED">
        <w:rPr>
          <w:lang w:val="hu-HU"/>
        </w:rPr>
        <w:t xml:space="preserve"> </w:t>
      </w:r>
      <w:r w:rsidR="00FF2486">
        <w:rPr>
          <w:lang w:val="hu-HU"/>
        </w:rPr>
        <w:t>az első lejátszott mérkőzés eredményének rögzítésekor történik meg</w:t>
      </w:r>
      <w:r w:rsidR="00B34555">
        <w:rPr>
          <w:lang w:val="hu-HU"/>
        </w:rPr>
        <w:t>. A</w:t>
      </w:r>
      <w:r w:rsidR="000E7556">
        <w:rPr>
          <w:lang w:val="hu-HU"/>
        </w:rPr>
        <w:t xml:space="preserve">mennyiben </w:t>
      </w:r>
      <w:r w:rsidR="00BC0B45">
        <w:rPr>
          <w:lang w:val="hu-HU"/>
        </w:rPr>
        <w:t xml:space="preserve">a tagdíj </w:t>
      </w:r>
      <w:r w:rsidR="000E7556">
        <w:rPr>
          <w:lang w:val="hu-HU"/>
        </w:rPr>
        <w:t>rendezetlen, a győztes eredmény</w:t>
      </w:r>
      <w:r w:rsidR="00B34555">
        <w:rPr>
          <w:lang w:val="hu-HU"/>
        </w:rPr>
        <w:t xml:space="preserve"> rögzítése nem történik meg a befizetés előtt. Amennyiben a lejátszott m</w:t>
      </w:r>
      <w:r w:rsidR="00BC0B45">
        <w:rPr>
          <w:lang w:val="hu-HU"/>
        </w:rPr>
        <w:t xml:space="preserve">érkőzést követően </w:t>
      </w:r>
      <w:r w:rsidR="007764B8">
        <w:rPr>
          <w:lang w:val="hu-HU"/>
        </w:rPr>
        <w:t>30 napon belül nem történik meg a tagdíj befizetése</w:t>
      </w:r>
      <w:r w:rsidR="005206EC">
        <w:rPr>
          <w:lang w:val="hu-HU"/>
        </w:rPr>
        <w:t>, a megszerzett győzelem törlésre kerül</w:t>
      </w:r>
      <w:r w:rsidR="00A154ED">
        <w:rPr>
          <w:lang w:val="hu-HU"/>
        </w:rPr>
        <w:t>.</w:t>
      </w:r>
      <w:r w:rsidR="005206EC">
        <w:rPr>
          <w:lang w:val="hu-HU"/>
        </w:rPr>
        <w:t xml:space="preserve"> </w:t>
      </w:r>
      <w:r w:rsidR="00404D30">
        <w:rPr>
          <w:lang w:val="hu-HU"/>
        </w:rPr>
        <w:t xml:space="preserve">2027 évben </w:t>
      </w:r>
      <w:r w:rsidR="00FD2F54">
        <w:rPr>
          <w:lang w:val="hu-HU"/>
        </w:rPr>
        <w:t>a tagdíj rendezésér</w:t>
      </w:r>
      <w:r w:rsidR="00EA1A05">
        <w:rPr>
          <w:lang w:val="hu-HU"/>
        </w:rPr>
        <w:t>ől</w:t>
      </w:r>
      <w:r w:rsidR="00FD2F54">
        <w:rPr>
          <w:lang w:val="hu-HU"/>
        </w:rPr>
        <w:t xml:space="preserve"> a versenysorozat zárása előtt</w:t>
      </w:r>
      <w:r w:rsidR="009313F7">
        <w:rPr>
          <w:lang w:val="hu-HU"/>
        </w:rPr>
        <w:t xml:space="preserve"> 30 </w:t>
      </w:r>
      <w:r w:rsidR="00446599">
        <w:rPr>
          <w:lang w:val="hu-HU"/>
        </w:rPr>
        <w:t>nappal</w:t>
      </w:r>
      <w:r w:rsidR="00ED29FF">
        <w:rPr>
          <w:lang w:val="hu-HU"/>
        </w:rPr>
        <w:t>, azaz 2027. április 30</w:t>
      </w:r>
      <w:r w:rsidR="00EA1A05">
        <w:rPr>
          <w:lang w:val="hu-HU"/>
        </w:rPr>
        <w:t>-ig kell gondoskodni.</w:t>
      </w:r>
      <w:r w:rsidR="00600BB1">
        <w:rPr>
          <w:lang w:val="hu-HU"/>
        </w:rPr>
        <w:t xml:space="preserve"> Amennyiben ez nem történik meg 2027</w:t>
      </w:r>
      <w:r w:rsidR="00364C66">
        <w:rPr>
          <w:lang w:val="hu-HU"/>
        </w:rPr>
        <w:t>.</w:t>
      </w:r>
      <w:r w:rsidR="00600BB1">
        <w:rPr>
          <w:lang w:val="hu-HU"/>
        </w:rPr>
        <w:t xml:space="preserve"> május 1-én, a sorozatban elért győzelmek törlésre kerülnek.</w:t>
      </w:r>
    </w:p>
    <w:p w14:paraId="02915E2D" w14:textId="5D4E2AA1" w:rsidR="00E24BD2" w:rsidRPr="004738B2" w:rsidRDefault="00154DE5" w:rsidP="00E24BD2">
      <w:pPr>
        <w:jc w:val="both"/>
        <w:rPr>
          <w:lang w:val="hu-HU"/>
        </w:rPr>
      </w:pPr>
      <w:r w:rsidRPr="004738B2">
        <w:rPr>
          <w:lang w:val="hu-HU"/>
        </w:rPr>
        <w:t>A versenysorozat férfi és női, illetve korosztályos megbontás nélkül kerül lebonyolításra, kizárólag egyéni mérkőzésekkel. Így hölgyek és urak is játszhatnak egymás ellen</w:t>
      </w:r>
      <w:r w:rsidR="00E24BD2">
        <w:rPr>
          <w:lang w:val="hu-HU"/>
        </w:rPr>
        <w:t>.</w:t>
      </w:r>
    </w:p>
    <w:p w14:paraId="551C9F04" w14:textId="6F2D24A0" w:rsidR="005B44CE" w:rsidRPr="004738B2" w:rsidRDefault="1945ED08" w:rsidP="00B57F4C">
      <w:pPr>
        <w:jc w:val="both"/>
        <w:rPr>
          <w:lang w:val="hu-HU"/>
        </w:rPr>
      </w:pPr>
      <w:r w:rsidRPr="004738B2">
        <w:rPr>
          <w:lang w:val="hu-HU"/>
        </w:rPr>
        <w:t>A verseny folyamatos ligaként működik. A mérkőzések kihívásos alapon szerveződnek</w:t>
      </w:r>
      <w:r w:rsidR="0DCF1EC4" w:rsidRPr="004738B2">
        <w:rPr>
          <w:lang w:val="hu-HU"/>
        </w:rPr>
        <w:t xml:space="preserve">. </w:t>
      </w:r>
      <w:r w:rsidRPr="004738B2">
        <w:rPr>
          <w:lang w:val="hu-HU"/>
        </w:rPr>
        <w:t xml:space="preserve"> A részvétel önkéntes</w:t>
      </w:r>
      <w:r w:rsidR="3C353C86" w:rsidRPr="004738B2">
        <w:rPr>
          <w:lang w:val="hu-HU"/>
        </w:rPr>
        <w:t xml:space="preserve"> és regisztrációhoz kötött</w:t>
      </w:r>
      <w:r w:rsidRPr="004738B2">
        <w:rPr>
          <w:lang w:val="hu-HU"/>
        </w:rPr>
        <w:t>.</w:t>
      </w:r>
      <w:r w:rsidR="00355347">
        <w:rPr>
          <w:lang w:val="hu-HU"/>
        </w:rPr>
        <w:t xml:space="preserve"> Regisztrációra </w:t>
      </w:r>
      <w:r w:rsidR="00984E16">
        <w:rPr>
          <w:lang w:val="hu-HU"/>
        </w:rPr>
        <w:t>és a sorozatba való belépésre 2026</w:t>
      </w:r>
      <w:r w:rsidR="00342285">
        <w:rPr>
          <w:lang w:val="hu-HU"/>
        </w:rPr>
        <w:t>.</w:t>
      </w:r>
      <w:r w:rsidR="00984E16">
        <w:rPr>
          <w:lang w:val="hu-HU"/>
        </w:rPr>
        <w:t xml:space="preserve"> december 1-ig van lehetőség.</w:t>
      </w:r>
    </w:p>
    <w:p w14:paraId="28D0ABC9" w14:textId="741EAD96" w:rsidR="005B44CE" w:rsidRPr="004738B2" w:rsidRDefault="511E7202" w:rsidP="62AC5D7C">
      <w:pPr>
        <w:rPr>
          <w:lang w:val="hu-HU"/>
        </w:rPr>
      </w:pPr>
      <w:r w:rsidRPr="004738B2">
        <w:rPr>
          <w:lang w:val="hu-HU"/>
        </w:rPr>
        <w:t>Regisztráció:</w:t>
      </w:r>
      <w:r w:rsidR="4A7E7556" w:rsidRPr="004738B2">
        <w:rPr>
          <w:lang w:val="hu-HU"/>
        </w:rPr>
        <w:t xml:space="preserve"> </w:t>
      </w:r>
      <w:hyperlink r:id="rId7">
        <w:r w:rsidR="4A7E7556" w:rsidRPr="004738B2">
          <w:rPr>
            <w:rStyle w:val="Hiperhivatkozs"/>
            <w:lang w:val="hu-HU"/>
          </w:rPr>
          <w:t>https:</w:t>
        </w:r>
        <w:r w:rsidR="4A7E7556" w:rsidRPr="004738B2">
          <w:rPr>
            <w:rStyle w:val="Hiperhivatkozs"/>
            <w:lang w:val="hu-HU"/>
          </w:rPr>
          <w:t>/</w:t>
        </w:r>
        <w:r w:rsidR="4A7E7556" w:rsidRPr="004738B2">
          <w:rPr>
            <w:rStyle w:val="Hiperhivatkozs"/>
            <w:lang w:val="hu-HU"/>
          </w:rPr>
          <w:t>/forms.gle/A52GyoCaxCMQJhHj8</w:t>
        </w:r>
      </w:hyperlink>
    </w:p>
    <w:p w14:paraId="6A482C6B" w14:textId="77777777" w:rsidR="00EB7E70" w:rsidRPr="004738B2" w:rsidRDefault="00EB7E70" w:rsidP="16B7C3B9">
      <w:pPr>
        <w:jc w:val="both"/>
        <w:rPr>
          <w:lang w:val="hu-HU"/>
        </w:rPr>
      </w:pPr>
    </w:p>
    <w:p w14:paraId="0174B93E" w14:textId="77777777" w:rsidR="005B44CE" w:rsidRPr="004738B2" w:rsidRDefault="00186647">
      <w:pPr>
        <w:rPr>
          <w:lang w:val="hu-HU"/>
        </w:rPr>
      </w:pPr>
      <w:r w:rsidRPr="004738B2">
        <w:rPr>
          <w:b/>
          <w:sz w:val="24"/>
          <w:lang w:val="hu-HU"/>
        </w:rPr>
        <w:t>4. Mérkőzések szervezése</w:t>
      </w:r>
    </w:p>
    <w:p w14:paraId="61E5F4AA" w14:textId="06322BA1" w:rsidR="00D7415B" w:rsidRPr="004738B2" w:rsidRDefault="00D7415B">
      <w:pPr>
        <w:rPr>
          <w:lang w:val="hu-HU"/>
        </w:rPr>
      </w:pPr>
      <w:r w:rsidRPr="004738B2">
        <w:rPr>
          <w:lang w:val="hu-HU"/>
        </w:rPr>
        <w:t>Kiemelt logikát nem alkalmazunk</w:t>
      </w:r>
      <w:r w:rsidR="021F7B22" w:rsidRPr="004738B2">
        <w:rPr>
          <w:lang w:val="hu-HU"/>
        </w:rPr>
        <w:t>,</w:t>
      </w:r>
      <w:r w:rsidRPr="004738B2">
        <w:rPr>
          <w:lang w:val="hu-HU"/>
        </w:rPr>
        <w:t xml:space="preserve"> bárki kiállhat bárki ellen.</w:t>
      </w:r>
    </w:p>
    <w:p w14:paraId="3E3CFF46" w14:textId="1F9461B9" w:rsidR="009A7FAD" w:rsidRPr="004738B2" w:rsidRDefault="1945ED08" w:rsidP="62AC5D7C">
      <w:pPr>
        <w:rPr>
          <w:lang w:val="hu-HU"/>
        </w:rPr>
      </w:pPr>
      <w:r w:rsidRPr="004738B2">
        <w:rPr>
          <w:lang w:val="hu-HU"/>
        </w:rPr>
        <w:t>A szervezés közös táblázatban történik</w:t>
      </w:r>
      <w:r w:rsidR="4D25CAAA" w:rsidRPr="004738B2">
        <w:rPr>
          <w:lang w:val="hu-HU"/>
        </w:rPr>
        <w:t xml:space="preserve"> az alábbiak szerint:</w:t>
      </w:r>
      <w:r w:rsidRPr="004738B2">
        <w:rPr>
          <w:lang w:val="hu-HU"/>
        </w:rPr>
        <w:t xml:space="preserve"> </w:t>
      </w:r>
    </w:p>
    <w:p w14:paraId="51168631" w14:textId="04E57FAF" w:rsidR="009A7FAD" w:rsidRPr="004738B2" w:rsidRDefault="09BC5A1E" w:rsidP="62AC5D7C">
      <w:pPr>
        <w:pStyle w:val="Listaszerbekezds"/>
        <w:numPr>
          <w:ilvl w:val="0"/>
          <w:numId w:val="1"/>
        </w:numPr>
        <w:rPr>
          <w:lang w:val="hu-HU"/>
        </w:rPr>
      </w:pPr>
      <w:r w:rsidRPr="004738B2">
        <w:rPr>
          <w:lang w:val="hu-HU"/>
        </w:rPr>
        <w:t>A táblázatban akkor jelenik meg egy játékos, ha a regisztrációt elvégezte</w:t>
      </w:r>
    </w:p>
    <w:p w14:paraId="12BB2EB2" w14:textId="07F1DEFF" w:rsidR="009A7FAD" w:rsidRPr="004738B2" w:rsidRDefault="1945ED08" w:rsidP="62AC5D7C">
      <w:pPr>
        <w:pStyle w:val="Listaszerbekezds"/>
        <w:numPr>
          <w:ilvl w:val="0"/>
          <w:numId w:val="1"/>
        </w:numPr>
        <w:rPr>
          <w:lang w:val="hu-HU"/>
        </w:rPr>
      </w:pPr>
      <w:r w:rsidRPr="004738B2">
        <w:rPr>
          <w:lang w:val="hu-HU"/>
        </w:rPr>
        <w:t>A kihívó beírja magát</w:t>
      </w:r>
      <w:r w:rsidR="3ADF52D8" w:rsidRPr="004738B2">
        <w:rPr>
          <w:lang w:val="hu-HU"/>
        </w:rPr>
        <w:t xml:space="preserve">, megad egy </w:t>
      </w:r>
      <w:r w:rsidRPr="004738B2">
        <w:rPr>
          <w:lang w:val="hu-HU"/>
        </w:rPr>
        <w:t>időpon</w:t>
      </w:r>
      <w:r w:rsidR="181B5587" w:rsidRPr="004738B2">
        <w:rPr>
          <w:lang w:val="hu-HU"/>
        </w:rPr>
        <w:t>tot</w:t>
      </w:r>
      <w:r w:rsidRPr="004738B2">
        <w:rPr>
          <w:lang w:val="hu-HU"/>
        </w:rPr>
        <w:t xml:space="preserve"> és megadja a</w:t>
      </w:r>
      <w:r w:rsidR="401E13CF" w:rsidRPr="004738B2">
        <w:rPr>
          <w:lang w:val="hu-HU"/>
        </w:rPr>
        <w:t xml:space="preserve">z </w:t>
      </w:r>
      <w:r w:rsidR="58B5D258" w:rsidRPr="004738B2">
        <w:rPr>
          <w:lang w:val="hu-HU"/>
        </w:rPr>
        <w:t>á</w:t>
      </w:r>
      <w:r w:rsidR="401E13CF" w:rsidRPr="004738B2">
        <w:rPr>
          <w:lang w:val="hu-HU"/>
        </w:rPr>
        <w:t>ltala lefoglalt</w:t>
      </w:r>
      <w:r w:rsidRPr="004738B2">
        <w:rPr>
          <w:lang w:val="hu-HU"/>
        </w:rPr>
        <w:t xml:space="preserve"> helyszínt</w:t>
      </w:r>
      <w:r w:rsidR="4BCEC7F9" w:rsidRPr="004738B2">
        <w:rPr>
          <w:lang w:val="hu-HU"/>
        </w:rPr>
        <w:t>.</w:t>
      </w:r>
      <w:r w:rsidRPr="004738B2">
        <w:rPr>
          <w:lang w:val="hu-HU"/>
        </w:rPr>
        <w:t xml:space="preserve"> </w:t>
      </w:r>
      <w:r w:rsidR="3AAB7256" w:rsidRPr="004738B2">
        <w:rPr>
          <w:lang w:val="hu-HU"/>
        </w:rPr>
        <w:t>(A pálya lemondásra mindenki figyeljen oda, ha nincs partner jelentkező)</w:t>
      </w:r>
    </w:p>
    <w:p w14:paraId="7C69038D" w14:textId="3A22DDED" w:rsidR="009A7FAD" w:rsidRPr="004738B2" w:rsidRDefault="4E01DFB7" w:rsidP="62AC5D7C">
      <w:pPr>
        <w:pStyle w:val="Listaszerbekezds"/>
        <w:numPr>
          <w:ilvl w:val="0"/>
          <w:numId w:val="1"/>
        </w:numPr>
        <w:rPr>
          <w:lang w:val="hu-HU"/>
        </w:rPr>
      </w:pPr>
      <w:r w:rsidRPr="004738B2">
        <w:rPr>
          <w:lang w:val="hu-HU"/>
        </w:rPr>
        <w:t>E</w:t>
      </w:r>
      <w:r w:rsidR="1945ED08" w:rsidRPr="004738B2">
        <w:rPr>
          <w:lang w:val="hu-HU"/>
        </w:rPr>
        <w:t>gy másik játékos csatlakozik</w:t>
      </w:r>
      <w:r w:rsidR="6A41B08C" w:rsidRPr="004738B2">
        <w:rPr>
          <w:lang w:val="hu-HU"/>
        </w:rPr>
        <w:t>, azaz kiválasztja magát</w:t>
      </w:r>
      <w:r w:rsidR="5265BD28" w:rsidRPr="004738B2">
        <w:rPr>
          <w:lang w:val="hu-HU"/>
        </w:rPr>
        <w:t xml:space="preserve"> egy</w:t>
      </w:r>
      <w:r w:rsidR="6A41B08C" w:rsidRPr="004738B2">
        <w:rPr>
          <w:lang w:val="hu-HU"/>
        </w:rPr>
        <w:t xml:space="preserve"> már kiírt mérkőzésre kihívottként</w:t>
      </w:r>
      <w:r w:rsidR="62617EEA" w:rsidRPr="004738B2">
        <w:rPr>
          <w:lang w:val="hu-HU"/>
        </w:rPr>
        <w:t>. V</w:t>
      </w:r>
      <w:r w:rsidR="5F1457F0" w:rsidRPr="004738B2">
        <w:rPr>
          <w:lang w:val="hu-HU"/>
        </w:rPr>
        <w:t>agy ha nem talál megfelelő időpontot</w:t>
      </w:r>
      <w:r w:rsidR="015196EF" w:rsidRPr="004738B2">
        <w:rPr>
          <w:lang w:val="hu-HU"/>
        </w:rPr>
        <w:t xml:space="preserve"> vagy partnert</w:t>
      </w:r>
      <w:r w:rsidR="5F1457F0" w:rsidRPr="004738B2">
        <w:rPr>
          <w:lang w:val="hu-HU"/>
        </w:rPr>
        <w:t>, felvesz egy újabb sort</w:t>
      </w:r>
      <w:r w:rsidR="7BB6F359" w:rsidRPr="004738B2">
        <w:rPr>
          <w:lang w:val="hu-HU"/>
        </w:rPr>
        <w:t>,</w:t>
      </w:r>
      <w:r w:rsidR="5F1457F0" w:rsidRPr="004738B2">
        <w:rPr>
          <w:lang w:val="hu-HU"/>
        </w:rPr>
        <w:t xml:space="preserve"> mint kihívó.</w:t>
      </w:r>
    </w:p>
    <w:p w14:paraId="50F0B321" w14:textId="3EE7A2DF" w:rsidR="009A7FAD" w:rsidRPr="004738B2" w:rsidRDefault="7281B471" w:rsidP="62AC5D7C">
      <w:pPr>
        <w:pStyle w:val="Listaszerbekezds"/>
        <w:numPr>
          <w:ilvl w:val="0"/>
          <w:numId w:val="1"/>
        </w:numPr>
        <w:rPr>
          <w:lang w:val="hu-HU"/>
        </w:rPr>
      </w:pPr>
      <w:r w:rsidRPr="004738B2">
        <w:rPr>
          <w:lang w:val="hu-HU"/>
        </w:rPr>
        <w:t xml:space="preserve">Mérkőzések a </w:t>
      </w:r>
      <w:proofErr w:type="spellStart"/>
      <w:r w:rsidRPr="004738B2">
        <w:rPr>
          <w:lang w:val="hu-HU"/>
        </w:rPr>
        <w:t>tour</w:t>
      </w:r>
      <w:proofErr w:type="spellEnd"/>
      <w:r w:rsidRPr="004738B2">
        <w:rPr>
          <w:lang w:val="hu-HU"/>
        </w:rPr>
        <w:t xml:space="preserve"> alatt </w:t>
      </w:r>
      <w:r w:rsidR="1FD4D73A" w:rsidRPr="004738B2">
        <w:rPr>
          <w:lang w:val="hu-HU"/>
        </w:rPr>
        <w:t>bármikorra szervezhetők</w:t>
      </w:r>
      <w:r w:rsidR="4D8AAA2B" w:rsidRPr="004738B2">
        <w:rPr>
          <w:lang w:val="hu-HU"/>
        </w:rPr>
        <w:t>, az utolsó mérkőzésnek legkésőbb 2027</w:t>
      </w:r>
      <w:r w:rsidR="70E44B21" w:rsidRPr="004738B2">
        <w:rPr>
          <w:lang w:val="hu-HU"/>
        </w:rPr>
        <w:t>.</w:t>
      </w:r>
      <w:r w:rsidR="4D8AAA2B" w:rsidRPr="004738B2">
        <w:rPr>
          <w:lang w:val="hu-HU"/>
        </w:rPr>
        <w:t xml:space="preserve"> </w:t>
      </w:r>
      <w:r w:rsidR="1665A88D" w:rsidRPr="004738B2">
        <w:rPr>
          <w:lang w:val="hu-HU"/>
        </w:rPr>
        <w:t>május</w:t>
      </w:r>
      <w:r w:rsidR="4D8AAA2B" w:rsidRPr="004738B2">
        <w:rPr>
          <w:lang w:val="hu-HU"/>
        </w:rPr>
        <w:t xml:space="preserve"> </w:t>
      </w:r>
      <w:r w:rsidR="37264238" w:rsidRPr="004738B2">
        <w:rPr>
          <w:lang w:val="hu-HU"/>
        </w:rPr>
        <w:t>3</w:t>
      </w:r>
      <w:r w:rsidR="1665A88D" w:rsidRPr="004738B2">
        <w:rPr>
          <w:lang w:val="hu-HU"/>
        </w:rPr>
        <w:t>1</w:t>
      </w:r>
      <w:r w:rsidR="7993A2DA" w:rsidRPr="004738B2">
        <w:rPr>
          <w:lang w:val="hu-HU"/>
        </w:rPr>
        <w:t>-e</w:t>
      </w:r>
      <w:r w:rsidR="37264238" w:rsidRPr="004738B2">
        <w:rPr>
          <w:lang w:val="hu-HU"/>
        </w:rPr>
        <w:t xml:space="preserve"> 22:00 órakor el kell kezdődnie</w:t>
      </w:r>
      <w:r w:rsidR="4B97C09E" w:rsidRPr="004738B2">
        <w:rPr>
          <w:lang w:val="hu-HU"/>
        </w:rPr>
        <w:t>.</w:t>
      </w:r>
    </w:p>
    <w:p w14:paraId="6CD48491" w14:textId="186B3732" w:rsidR="7019CF44" w:rsidRPr="004738B2" w:rsidRDefault="7019CF44" w:rsidP="62AC5D7C">
      <w:pPr>
        <w:pStyle w:val="Listaszerbekezds"/>
        <w:numPr>
          <w:ilvl w:val="0"/>
          <w:numId w:val="1"/>
        </w:numPr>
        <w:rPr>
          <w:lang w:val="hu-HU"/>
        </w:rPr>
      </w:pPr>
      <w:r w:rsidRPr="004738B2">
        <w:rPr>
          <w:lang w:val="hu-HU"/>
        </w:rPr>
        <w:t xml:space="preserve">Versenynaptár és eredmény táblázat: </w:t>
      </w:r>
      <w:hyperlink r:id="rId8">
        <w:r w:rsidRPr="004738B2">
          <w:rPr>
            <w:rStyle w:val="Hiperhivatkozs"/>
            <w:lang w:val="hu-HU"/>
          </w:rPr>
          <w:t>https://docs.google.com</w:t>
        </w:r>
        <w:r w:rsidRPr="004738B2">
          <w:rPr>
            <w:rStyle w:val="Hiperhivatkozs"/>
            <w:lang w:val="hu-HU"/>
          </w:rPr>
          <w:t>/</w:t>
        </w:r>
        <w:r w:rsidRPr="004738B2">
          <w:rPr>
            <w:rStyle w:val="Hiperhivatkozs"/>
            <w:lang w:val="hu-HU"/>
          </w:rPr>
          <w:t>spreadsheets/d/1gdFoYS2Ew_UMl1eJxEnwAHWQDhQK3KpEgHtYab0fuOg/edit?usp=sharing</w:t>
        </w:r>
      </w:hyperlink>
    </w:p>
    <w:p w14:paraId="6F4D62E3" w14:textId="279AA471" w:rsidR="72DFCCD4" w:rsidRPr="004738B2" w:rsidRDefault="72DFCCD4" w:rsidP="62AC5D7C">
      <w:pPr>
        <w:pStyle w:val="Listaszerbekezds"/>
        <w:numPr>
          <w:ilvl w:val="0"/>
          <w:numId w:val="1"/>
        </w:numPr>
        <w:rPr>
          <w:rFonts w:ascii="Aptos" w:eastAsia="Aptos" w:hAnsi="Aptos" w:cs="Aptos"/>
          <w:color w:val="000000" w:themeColor="text1"/>
          <w:lang w:val="hu-HU"/>
        </w:rPr>
      </w:pPr>
      <w:r w:rsidRPr="004738B2">
        <w:rPr>
          <w:lang w:val="hu-HU"/>
        </w:rPr>
        <w:t xml:space="preserve">A mérkőzés végeredményét a kihívó félnek kell elküldenie e-mail formájában </w:t>
      </w:r>
      <w:r w:rsidR="340EEEE1" w:rsidRPr="004738B2">
        <w:rPr>
          <w:lang w:val="hu-HU"/>
        </w:rPr>
        <w:t xml:space="preserve">a </w:t>
      </w:r>
      <w:hyperlink r:id="rId9">
        <w:r w:rsidR="73117E89" w:rsidRPr="004738B2">
          <w:rPr>
            <w:rStyle w:val="Hiperhivatkozs"/>
            <w:rFonts w:ascii="Roboto" w:eastAsia="Roboto" w:hAnsi="Roboto" w:cs="Roboto"/>
            <w:sz w:val="21"/>
            <w:szCs w:val="21"/>
            <w:lang w:val="hu-HU"/>
          </w:rPr>
          <w:t>telekomtenisztour@gmail.com</w:t>
        </w:r>
      </w:hyperlink>
      <w:r w:rsidR="73117E89" w:rsidRPr="004738B2">
        <w:rPr>
          <w:rFonts w:ascii="Roboto" w:eastAsia="Roboto" w:hAnsi="Roboto" w:cs="Roboto"/>
          <w:color w:val="1F1F1F"/>
          <w:sz w:val="21"/>
          <w:szCs w:val="21"/>
          <w:lang w:val="hu-HU"/>
        </w:rPr>
        <w:t xml:space="preserve"> </w:t>
      </w:r>
      <w:r w:rsidRPr="004738B2">
        <w:rPr>
          <w:rFonts w:ascii="Aptos" w:eastAsia="Aptos" w:hAnsi="Aptos" w:cs="Aptos"/>
          <w:color w:val="000000" w:themeColor="text1"/>
          <w:lang w:val="hu-HU"/>
        </w:rPr>
        <w:t>e-mail címre</w:t>
      </w:r>
      <w:r w:rsidR="6B089D84" w:rsidRPr="004738B2">
        <w:rPr>
          <w:rFonts w:ascii="Aptos" w:eastAsia="Aptos" w:hAnsi="Aptos" w:cs="Aptos"/>
          <w:color w:val="000000" w:themeColor="text1"/>
          <w:lang w:val="hu-HU"/>
        </w:rPr>
        <w:t>.</w:t>
      </w:r>
    </w:p>
    <w:p w14:paraId="34417878" w14:textId="4035089F" w:rsidR="62AC5D7C" w:rsidRPr="004738B2" w:rsidRDefault="62AC5D7C" w:rsidP="62AC5D7C">
      <w:pPr>
        <w:pStyle w:val="Listaszerbekezds"/>
        <w:rPr>
          <w:lang w:val="hu-HU"/>
        </w:rPr>
      </w:pPr>
    </w:p>
    <w:p w14:paraId="3F5F23BF" w14:textId="243F81A0" w:rsidR="62AC5D7C" w:rsidRPr="004738B2" w:rsidRDefault="62AC5D7C" w:rsidP="62AC5D7C">
      <w:pPr>
        <w:pStyle w:val="Listaszerbekezds"/>
        <w:rPr>
          <w:lang w:val="hu-HU"/>
        </w:rPr>
      </w:pPr>
    </w:p>
    <w:p w14:paraId="1AC2B748" w14:textId="78D0DF4E" w:rsidR="1344610F" w:rsidRPr="004738B2" w:rsidRDefault="1344610F" w:rsidP="00D47D08">
      <w:pPr>
        <w:jc w:val="both"/>
        <w:rPr>
          <w:lang w:val="hu-HU"/>
        </w:rPr>
      </w:pPr>
      <w:r w:rsidRPr="004738B2">
        <w:rPr>
          <w:lang w:val="hu-HU"/>
        </w:rPr>
        <w:t>A labdát a kihívó fél biztosítja.</w:t>
      </w:r>
      <w:r w:rsidR="01C630FA" w:rsidRPr="004738B2">
        <w:rPr>
          <w:lang w:val="hu-HU"/>
        </w:rPr>
        <w:t xml:space="preserve"> </w:t>
      </w:r>
      <w:r w:rsidRPr="004738B2">
        <w:rPr>
          <w:lang w:val="hu-HU"/>
        </w:rPr>
        <w:t>A labdáknak minden esetben újnak kell lennie, hacsak a kihívott fél el nem fogadja a használt labdákat, amit a kihívó biztosítani tud.</w:t>
      </w:r>
    </w:p>
    <w:p w14:paraId="555BA013" w14:textId="79CC9A97" w:rsidR="006B15D5" w:rsidRPr="004738B2" w:rsidRDefault="12F1DD04" w:rsidP="00D47D08">
      <w:pPr>
        <w:jc w:val="both"/>
        <w:rPr>
          <w:lang w:val="hu-HU"/>
        </w:rPr>
      </w:pPr>
      <w:r w:rsidRPr="004738B2">
        <w:rPr>
          <w:lang w:val="hu-HU"/>
        </w:rPr>
        <w:lastRenderedPageBreak/>
        <w:t xml:space="preserve">A </w:t>
      </w:r>
      <w:r w:rsidR="424786E0" w:rsidRPr="004738B2">
        <w:rPr>
          <w:lang w:val="hu-HU"/>
        </w:rPr>
        <w:t xml:space="preserve">pálya költségét </w:t>
      </w:r>
      <w:r w:rsidR="5B153015" w:rsidRPr="004738B2">
        <w:rPr>
          <w:lang w:val="hu-HU"/>
        </w:rPr>
        <w:t xml:space="preserve">a mérkőzést lejátszó felek </w:t>
      </w:r>
      <w:r w:rsidR="5856C73A" w:rsidRPr="004738B2">
        <w:rPr>
          <w:lang w:val="hu-HU"/>
        </w:rPr>
        <w:t xml:space="preserve">közösen </w:t>
      </w:r>
      <w:r w:rsidR="5B153015" w:rsidRPr="004738B2">
        <w:rPr>
          <w:lang w:val="hu-HU"/>
        </w:rPr>
        <w:t>fizetik.</w:t>
      </w:r>
    </w:p>
    <w:p w14:paraId="75F330E6" w14:textId="73E5D341" w:rsidR="005B44CE" w:rsidRPr="004738B2" w:rsidRDefault="0AAF5147" w:rsidP="00D47D08">
      <w:pPr>
        <w:jc w:val="both"/>
        <w:rPr>
          <w:lang w:val="hu-HU"/>
        </w:rPr>
      </w:pPr>
      <w:r w:rsidRPr="004738B2">
        <w:rPr>
          <w:lang w:val="hu-HU"/>
        </w:rPr>
        <w:t>A mérkőzés napján</w:t>
      </w:r>
      <w:r w:rsidR="4B97C09E" w:rsidRPr="004738B2">
        <w:rPr>
          <w:lang w:val="hu-HU"/>
        </w:rPr>
        <w:t xml:space="preserve"> a javasolt kezdési időpontot a kihívó fél adja meg az adott napon</w:t>
      </w:r>
      <w:r w:rsidR="1AEB65A3" w:rsidRPr="004738B2">
        <w:rPr>
          <w:lang w:val="hu-HU"/>
        </w:rPr>
        <w:t xml:space="preserve"> belül, amit szintén a táblázatban tehet meg</w:t>
      </w:r>
      <w:r w:rsidR="4B97C09E" w:rsidRPr="004738B2">
        <w:rPr>
          <w:lang w:val="hu-HU"/>
        </w:rPr>
        <w:t>. Amennyiben az időpont nem felel meg a másik félnek</w:t>
      </w:r>
      <w:r w:rsidR="1BB4D39F" w:rsidRPr="004738B2">
        <w:rPr>
          <w:lang w:val="hu-HU"/>
        </w:rPr>
        <w:t>,</w:t>
      </w:r>
      <w:r w:rsidR="4B97C09E" w:rsidRPr="004738B2">
        <w:rPr>
          <w:lang w:val="hu-HU"/>
        </w:rPr>
        <w:t xml:space="preserve"> annak a módosítása a </w:t>
      </w:r>
      <w:r w:rsidR="1D2617FC" w:rsidRPr="004738B2">
        <w:rPr>
          <w:lang w:val="hu-HU"/>
        </w:rPr>
        <w:t xml:space="preserve">két </w:t>
      </w:r>
      <w:r w:rsidR="4B97C09E" w:rsidRPr="004738B2">
        <w:rPr>
          <w:lang w:val="hu-HU"/>
        </w:rPr>
        <w:t>fél közötti megállapodás kell</w:t>
      </w:r>
      <w:r w:rsidR="0B41A8A7" w:rsidRPr="004738B2">
        <w:rPr>
          <w:lang w:val="hu-HU"/>
        </w:rPr>
        <w:t>,</w:t>
      </w:r>
      <w:r w:rsidR="4B97C09E" w:rsidRPr="004738B2">
        <w:rPr>
          <w:lang w:val="hu-HU"/>
        </w:rPr>
        <w:t xml:space="preserve"> hogy legyen.</w:t>
      </w:r>
    </w:p>
    <w:p w14:paraId="0E981460" w14:textId="7E044FC7" w:rsidR="008B31D8" w:rsidRPr="004738B2" w:rsidRDefault="008B31D8" w:rsidP="00D47D08">
      <w:pPr>
        <w:jc w:val="both"/>
        <w:rPr>
          <w:lang w:val="hu-HU"/>
        </w:rPr>
      </w:pPr>
      <w:r w:rsidRPr="004738B2">
        <w:rPr>
          <w:lang w:val="hu-HU"/>
        </w:rPr>
        <w:t>A tenisz szakosztály semmiféle versenybírói vagy egyéb döntői szerepet nem tölt be a versenysorozatban</w:t>
      </w:r>
      <w:r w:rsidR="00D30CC1" w:rsidRPr="004738B2">
        <w:rPr>
          <w:lang w:val="hu-HU"/>
        </w:rPr>
        <w:t>,</w:t>
      </w:r>
      <w:r w:rsidRPr="004738B2">
        <w:rPr>
          <w:lang w:val="hu-HU"/>
        </w:rPr>
        <w:t xml:space="preserve"> minden esetben a mérkőzésben részt vevő felek megállapodása az irányadó vitás helyzetekben. </w:t>
      </w:r>
    </w:p>
    <w:p w14:paraId="46B7A07F" w14:textId="33A2C9E6" w:rsidR="008B31D8" w:rsidRPr="004738B2" w:rsidRDefault="4B97C09E" w:rsidP="00D47D08">
      <w:pPr>
        <w:jc w:val="both"/>
        <w:rPr>
          <w:lang w:val="hu-HU"/>
        </w:rPr>
      </w:pPr>
      <w:r w:rsidRPr="004738B2">
        <w:rPr>
          <w:lang w:val="hu-HU"/>
        </w:rPr>
        <w:t xml:space="preserve">A versenysorozat alapvetően </w:t>
      </w:r>
      <w:r w:rsidR="460872C4" w:rsidRPr="004738B2">
        <w:rPr>
          <w:lang w:val="hu-HU"/>
        </w:rPr>
        <w:t xml:space="preserve">sportszerű </w:t>
      </w:r>
      <w:r w:rsidR="131D966B" w:rsidRPr="004738B2">
        <w:rPr>
          <w:lang w:val="hu-HU"/>
        </w:rPr>
        <w:t>h</w:t>
      </w:r>
      <w:r w:rsidR="65B2A339" w:rsidRPr="004738B2">
        <w:rPr>
          <w:lang w:val="hu-HU"/>
        </w:rPr>
        <w:t xml:space="preserve">ozzáállásra épül, </w:t>
      </w:r>
      <w:r w:rsidRPr="004738B2">
        <w:rPr>
          <w:lang w:val="hu-HU"/>
        </w:rPr>
        <w:t>kérünk minden résztvevőt</w:t>
      </w:r>
      <w:r w:rsidR="65B2A339" w:rsidRPr="004738B2">
        <w:rPr>
          <w:lang w:val="hu-HU"/>
        </w:rPr>
        <w:t>,</w:t>
      </w:r>
      <w:r w:rsidRPr="004738B2">
        <w:rPr>
          <w:lang w:val="hu-HU"/>
        </w:rPr>
        <w:t xml:space="preserve"> hogy ezzel ne éljen vissza.</w:t>
      </w:r>
      <w:r w:rsidR="3B317DA0" w:rsidRPr="004738B2">
        <w:rPr>
          <w:lang w:val="hu-HU"/>
        </w:rPr>
        <w:t xml:space="preserve"> Ezért kérjük rendszeresen együtt játszók ne rögzítsék a mérkőzéseiket, mert torzítja a sorozat végeredmény</w:t>
      </w:r>
      <w:r w:rsidR="122AB803" w:rsidRPr="004738B2">
        <w:rPr>
          <w:lang w:val="hu-HU"/>
        </w:rPr>
        <w:t>é</w:t>
      </w:r>
      <w:r w:rsidR="3B317DA0" w:rsidRPr="004738B2">
        <w:rPr>
          <w:lang w:val="hu-HU"/>
        </w:rPr>
        <w:t>t.</w:t>
      </w:r>
      <w:r w:rsidR="5C6F8439" w:rsidRPr="004738B2">
        <w:rPr>
          <w:lang w:val="hu-HU"/>
        </w:rPr>
        <w:t xml:space="preserve"> </w:t>
      </w:r>
      <w:r w:rsidR="653510D4" w:rsidRPr="004738B2">
        <w:rPr>
          <w:lang w:val="hu-HU"/>
        </w:rPr>
        <w:t xml:space="preserve"> Ennek érdekében</w:t>
      </w:r>
      <w:r w:rsidR="5C6F8439" w:rsidRPr="004738B2">
        <w:rPr>
          <w:lang w:val="hu-HU"/>
        </w:rPr>
        <w:t xml:space="preserve"> egy páros maximum három mérkőzést rögzíthet </w:t>
      </w:r>
      <w:r w:rsidR="184526F6" w:rsidRPr="004738B2">
        <w:rPr>
          <w:lang w:val="hu-HU"/>
        </w:rPr>
        <w:t>egy</w:t>
      </w:r>
      <w:r w:rsidR="5C6F8439" w:rsidRPr="004738B2">
        <w:rPr>
          <w:lang w:val="hu-HU"/>
        </w:rPr>
        <w:t xml:space="preserve"> szezonban.</w:t>
      </w:r>
    </w:p>
    <w:p w14:paraId="5FDE1D25" w14:textId="5815DA54" w:rsidR="1EB12A23" w:rsidRPr="004738B2" w:rsidRDefault="1EB12A23" w:rsidP="00D47D08">
      <w:pPr>
        <w:jc w:val="both"/>
        <w:rPr>
          <w:lang w:val="hu-HU"/>
        </w:rPr>
      </w:pPr>
      <w:r w:rsidRPr="004738B2">
        <w:rPr>
          <w:lang w:val="hu-HU"/>
        </w:rPr>
        <w:t>Kilépés a versenysorozatból és személyes adatok védelme: Amennyiben valaki szeretne visszalépni és kéri az adatai törlését</w:t>
      </w:r>
      <w:r w:rsidR="15B74D2D" w:rsidRPr="004738B2">
        <w:rPr>
          <w:lang w:val="hu-HU"/>
        </w:rPr>
        <w:t>,</w:t>
      </w:r>
      <w:r w:rsidRPr="004738B2">
        <w:rPr>
          <w:lang w:val="hu-HU"/>
        </w:rPr>
        <w:t xml:space="preserve"> azt a </w:t>
      </w:r>
      <w:hyperlink r:id="rId10">
        <w:r w:rsidR="22125215" w:rsidRPr="004738B2">
          <w:rPr>
            <w:rStyle w:val="Hiperhivatkozs"/>
            <w:rFonts w:ascii="Roboto" w:eastAsia="Roboto" w:hAnsi="Roboto" w:cs="Roboto"/>
            <w:sz w:val="21"/>
            <w:szCs w:val="21"/>
            <w:lang w:val="hu-HU"/>
          </w:rPr>
          <w:t>telekomtenisztour@gmail.com</w:t>
        </w:r>
      </w:hyperlink>
      <w:r w:rsidR="22125215" w:rsidRPr="004738B2">
        <w:rPr>
          <w:rFonts w:ascii="Roboto" w:eastAsia="Roboto" w:hAnsi="Roboto" w:cs="Roboto"/>
          <w:color w:val="1F1F1F"/>
          <w:sz w:val="21"/>
          <w:szCs w:val="21"/>
          <w:lang w:val="hu-HU"/>
        </w:rPr>
        <w:t xml:space="preserve"> </w:t>
      </w:r>
      <w:r w:rsidRPr="004738B2">
        <w:rPr>
          <w:lang w:val="hu-HU"/>
        </w:rPr>
        <w:t>email címen tudja jelezni.</w:t>
      </w:r>
    </w:p>
    <w:p w14:paraId="0DA7DC4C" w14:textId="77777777" w:rsidR="005B44CE" w:rsidRPr="004738B2" w:rsidRDefault="00186647" w:rsidP="00D47D08">
      <w:pPr>
        <w:jc w:val="both"/>
        <w:rPr>
          <w:lang w:val="hu-HU"/>
        </w:rPr>
      </w:pPr>
      <w:r w:rsidRPr="004738B2">
        <w:rPr>
          <w:b/>
          <w:sz w:val="24"/>
          <w:szCs w:val="24"/>
          <w:lang w:val="hu-HU"/>
        </w:rPr>
        <w:t>5. Mérkőzések lebonyolítása</w:t>
      </w:r>
    </w:p>
    <w:p w14:paraId="72C033D5" w14:textId="6E90F245" w:rsidR="00D86DF2" w:rsidRPr="004738B2" w:rsidRDefault="00D86DF2" w:rsidP="00D47D08">
      <w:pPr>
        <w:jc w:val="both"/>
        <w:rPr>
          <w:lang w:val="hu-HU"/>
        </w:rPr>
      </w:pPr>
      <w:r w:rsidRPr="004738B2">
        <w:rPr>
          <w:lang w:val="hu-HU"/>
        </w:rPr>
        <w:t>A mérkőzések az ATP Tour szabályaihoz igazodva kerülnek lebonyolításra. A mérkőzés két nyert szettig tart. Egy szettet az a játékos nyer meg, aki előbb eléri a 6 nyert játékot, legalább két játék különbséggel (pl. 6–4).</w:t>
      </w:r>
      <w:r w:rsidR="00950FD1" w:rsidRPr="004738B2">
        <w:rPr>
          <w:lang w:val="hu-HU"/>
        </w:rPr>
        <w:t xml:space="preserve"> 6-6 esetén </w:t>
      </w:r>
      <w:proofErr w:type="spellStart"/>
      <w:r w:rsidR="00950FD1" w:rsidRPr="004738B2">
        <w:rPr>
          <w:lang w:val="hu-HU"/>
        </w:rPr>
        <w:t>tie-break</w:t>
      </w:r>
      <w:proofErr w:type="spellEnd"/>
      <w:r w:rsidR="00950FD1" w:rsidRPr="004738B2">
        <w:rPr>
          <w:lang w:val="hu-HU"/>
        </w:rPr>
        <w:t xml:space="preserve"> dönt.</w:t>
      </w:r>
    </w:p>
    <w:p w14:paraId="112F2E45" w14:textId="4E09D1E9" w:rsidR="0020677D" w:rsidRPr="004738B2" w:rsidRDefault="002042E7" w:rsidP="00D47D08">
      <w:pPr>
        <w:jc w:val="both"/>
        <w:rPr>
          <w:lang w:val="hu-HU"/>
        </w:rPr>
      </w:pPr>
      <w:r w:rsidRPr="004738B2">
        <w:rPr>
          <w:lang w:val="hu-HU"/>
        </w:rPr>
        <w:t xml:space="preserve">A </w:t>
      </w:r>
      <w:proofErr w:type="spellStart"/>
      <w:r w:rsidRPr="004738B2">
        <w:rPr>
          <w:lang w:val="hu-HU"/>
        </w:rPr>
        <w:t>tie-break</w:t>
      </w:r>
      <w:proofErr w:type="spellEnd"/>
      <w:r w:rsidRPr="004738B2">
        <w:rPr>
          <w:lang w:val="hu-HU"/>
        </w:rPr>
        <w:t xml:space="preserve"> az alábbi szabályok szerint zajlik: Az a játékos nyer, aki előbb eléri a 7 pontot, legalább 2 pont különbséggel (pl. 7–5).</w:t>
      </w:r>
      <w:r w:rsidR="00D51E7C" w:rsidRPr="004738B2">
        <w:rPr>
          <w:lang w:val="hu-HU"/>
        </w:rPr>
        <w:t xml:space="preserve"> </w:t>
      </w:r>
      <w:r w:rsidRPr="004738B2">
        <w:rPr>
          <w:lang w:val="hu-HU"/>
        </w:rPr>
        <w:t>Ha nincs meg a 2 pontos különbség, a játék addig folytatódik</w:t>
      </w:r>
      <w:r w:rsidR="1C58A3F8" w:rsidRPr="004738B2">
        <w:rPr>
          <w:lang w:val="hu-HU"/>
        </w:rPr>
        <w:t>, amíg el nem érik a 2 pontos különbséget</w:t>
      </w:r>
      <w:r w:rsidR="6941293F" w:rsidRPr="004738B2">
        <w:rPr>
          <w:lang w:val="hu-HU"/>
        </w:rPr>
        <w:t xml:space="preserve"> (pl. </w:t>
      </w:r>
      <w:r w:rsidRPr="004738B2">
        <w:rPr>
          <w:lang w:val="hu-HU"/>
        </w:rPr>
        <w:t>10–8)</w:t>
      </w:r>
      <w:r w:rsidR="00D51E7C" w:rsidRPr="004738B2">
        <w:rPr>
          <w:lang w:val="hu-HU"/>
        </w:rPr>
        <w:t>.</w:t>
      </w:r>
    </w:p>
    <w:p w14:paraId="2B71A435" w14:textId="07284D7B" w:rsidR="00D51E7C" w:rsidRPr="004738B2" w:rsidRDefault="2CD742EA" w:rsidP="00D47D08">
      <w:pPr>
        <w:jc w:val="both"/>
        <w:rPr>
          <w:lang w:val="hu-HU"/>
        </w:rPr>
      </w:pPr>
      <w:r w:rsidRPr="004738B2">
        <w:rPr>
          <w:lang w:val="hu-HU"/>
        </w:rPr>
        <w:t>Szerva sorrend: a mérkőzés</w:t>
      </w:r>
      <w:r w:rsidR="7569796E" w:rsidRPr="004738B2">
        <w:rPr>
          <w:lang w:val="hu-HU"/>
        </w:rPr>
        <w:t xml:space="preserve"> előtt</w:t>
      </w:r>
      <w:r w:rsidR="49148711" w:rsidRPr="004738B2">
        <w:rPr>
          <w:lang w:val="hu-HU"/>
        </w:rPr>
        <w:t xml:space="preserve"> sorsolással kell e</w:t>
      </w:r>
      <w:r w:rsidR="47B34581" w:rsidRPr="004738B2">
        <w:rPr>
          <w:lang w:val="hu-HU"/>
        </w:rPr>
        <w:t>l</w:t>
      </w:r>
      <w:r w:rsidR="49148711" w:rsidRPr="004738B2">
        <w:rPr>
          <w:lang w:val="hu-HU"/>
        </w:rPr>
        <w:t>dönteni</w:t>
      </w:r>
      <w:r w:rsidR="430179D5" w:rsidRPr="004738B2">
        <w:rPr>
          <w:lang w:val="hu-HU"/>
        </w:rPr>
        <w:t>, ez lehet</w:t>
      </w:r>
      <w:r w:rsidR="00FE01F5">
        <w:rPr>
          <w:lang w:val="hu-HU"/>
        </w:rPr>
        <w:t xml:space="preserve"> </w:t>
      </w:r>
      <w:r w:rsidR="5F53A831" w:rsidRPr="004738B2">
        <w:rPr>
          <w:lang w:val="hu-HU"/>
        </w:rPr>
        <w:t>p</w:t>
      </w:r>
      <w:r w:rsidR="5D4425CE" w:rsidRPr="004738B2">
        <w:rPr>
          <w:lang w:val="hu-HU"/>
        </w:rPr>
        <w:t>énzfeldobás</w:t>
      </w:r>
      <w:r w:rsidR="47B34581" w:rsidRPr="004738B2">
        <w:rPr>
          <w:lang w:val="hu-HU"/>
        </w:rPr>
        <w:t>, ütő pörgetés stb.</w:t>
      </w:r>
      <w:r w:rsidR="7569796E" w:rsidRPr="004738B2">
        <w:rPr>
          <w:lang w:val="hu-HU"/>
        </w:rPr>
        <w:t xml:space="preserve"> A sorsolást a kihívó fél kell</w:t>
      </w:r>
      <w:r w:rsidR="52D00B95" w:rsidRPr="004738B2">
        <w:rPr>
          <w:lang w:val="hu-HU"/>
        </w:rPr>
        <w:t>,</w:t>
      </w:r>
      <w:r w:rsidR="7569796E" w:rsidRPr="004738B2">
        <w:rPr>
          <w:lang w:val="hu-HU"/>
        </w:rPr>
        <w:t xml:space="preserve"> hogy </w:t>
      </w:r>
      <w:r w:rsidR="40DF53C2" w:rsidRPr="004738B2">
        <w:rPr>
          <w:lang w:val="hu-HU"/>
        </w:rPr>
        <w:t>lebonyolítsa.</w:t>
      </w:r>
      <w:r w:rsidR="7569796E" w:rsidRPr="004738B2">
        <w:rPr>
          <w:lang w:val="hu-HU"/>
        </w:rPr>
        <w:t xml:space="preserve"> </w:t>
      </w:r>
    </w:p>
    <w:p w14:paraId="447B3BC4" w14:textId="239D1C2E" w:rsidR="1945ED08" w:rsidRPr="004738B2" w:rsidRDefault="1945ED08" w:rsidP="00D47D08">
      <w:pPr>
        <w:jc w:val="both"/>
        <w:rPr>
          <w:lang w:val="hu-HU"/>
        </w:rPr>
      </w:pPr>
      <w:r w:rsidRPr="004738B2">
        <w:rPr>
          <w:lang w:val="hu-HU"/>
        </w:rPr>
        <w:t>Minden mérkőzésnek van győztese.</w:t>
      </w:r>
      <w:r w:rsidR="4B97C09E" w:rsidRPr="004738B2">
        <w:rPr>
          <w:lang w:val="hu-HU"/>
        </w:rPr>
        <w:t xml:space="preserve"> Nem </w:t>
      </w:r>
      <w:r w:rsidR="65B2A339" w:rsidRPr="004738B2">
        <w:rPr>
          <w:lang w:val="hu-HU"/>
        </w:rPr>
        <w:t>ki</w:t>
      </w:r>
      <w:r w:rsidR="34121D20" w:rsidRPr="004738B2">
        <w:rPr>
          <w:lang w:val="hu-HU"/>
        </w:rPr>
        <w:t>á</w:t>
      </w:r>
      <w:r w:rsidR="4B97C09E" w:rsidRPr="004738B2">
        <w:rPr>
          <w:lang w:val="hu-HU"/>
        </w:rPr>
        <w:t>llás esetén a megjelent fél nyerte a mérkőzést.</w:t>
      </w:r>
      <w:r w:rsidR="65B2A339" w:rsidRPr="004738B2">
        <w:rPr>
          <w:lang w:val="hu-HU"/>
        </w:rPr>
        <w:t xml:space="preserve"> Amennyiben valamelyik fél betegség vagy előre nem látható ok miatt nem áll ki</w:t>
      </w:r>
      <w:r w:rsidR="210A9D75" w:rsidRPr="004738B2">
        <w:rPr>
          <w:lang w:val="hu-HU"/>
        </w:rPr>
        <w:t>,</w:t>
      </w:r>
      <w:r w:rsidR="65B2A339" w:rsidRPr="004738B2">
        <w:rPr>
          <w:lang w:val="hu-HU"/>
        </w:rPr>
        <w:t xml:space="preserve"> a mérkőzést ez esetben is elveszítette, hacsak a másik fél nem egyezik bele új időpont kiírásába.</w:t>
      </w:r>
      <w:r w:rsidR="4B97C09E" w:rsidRPr="004738B2">
        <w:rPr>
          <w:lang w:val="hu-HU"/>
        </w:rPr>
        <w:t xml:space="preserve"> Amennyiben egyik fél sem jelenik meg</w:t>
      </w:r>
      <w:r w:rsidR="4E919F03" w:rsidRPr="004738B2">
        <w:rPr>
          <w:lang w:val="hu-HU"/>
        </w:rPr>
        <w:t>,</w:t>
      </w:r>
      <w:r w:rsidR="4B97C09E" w:rsidRPr="004738B2">
        <w:rPr>
          <w:lang w:val="hu-HU"/>
        </w:rPr>
        <w:t xml:space="preserve"> mindkét fél 0 pontot kap.</w:t>
      </w:r>
    </w:p>
    <w:p w14:paraId="79ACEBD8" w14:textId="77777777" w:rsidR="00324954" w:rsidRPr="004738B2" w:rsidRDefault="00324954" w:rsidP="00D47D08">
      <w:pPr>
        <w:jc w:val="both"/>
        <w:rPr>
          <w:lang w:val="hu-HU"/>
        </w:rPr>
      </w:pPr>
    </w:p>
    <w:p w14:paraId="52272101" w14:textId="77777777" w:rsidR="005B44CE" w:rsidRPr="004738B2" w:rsidRDefault="00186647" w:rsidP="00D47D08">
      <w:pPr>
        <w:jc w:val="both"/>
        <w:rPr>
          <w:lang w:val="hu-HU"/>
        </w:rPr>
      </w:pPr>
      <w:r w:rsidRPr="004738B2">
        <w:rPr>
          <w:b/>
          <w:sz w:val="24"/>
          <w:szCs w:val="24"/>
          <w:lang w:val="hu-HU"/>
        </w:rPr>
        <w:t>6. Pontrendszer</w:t>
      </w:r>
    </w:p>
    <w:p w14:paraId="422A16AE" w14:textId="70541220" w:rsidR="005B44CE" w:rsidRPr="004738B2" w:rsidRDefault="1945ED08" w:rsidP="008652A0">
      <w:pPr>
        <w:rPr>
          <w:lang w:val="hu-HU"/>
        </w:rPr>
      </w:pPr>
      <w:r w:rsidRPr="004738B2">
        <w:rPr>
          <w:lang w:val="hu-HU"/>
        </w:rPr>
        <w:t>Győzelem:</w:t>
      </w:r>
      <w:r w:rsidR="00786A15" w:rsidRPr="004738B2">
        <w:rPr>
          <w:lang w:val="hu-HU"/>
        </w:rPr>
        <w:t xml:space="preserve"> </w:t>
      </w:r>
      <w:r w:rsidR="3B2AAB0B" w:rsidRPr="004738B2">
        <w:rPr>
          <w:lang w:val="hu-HU"/>
        </w:rPr>
        <w:t>10</w:t>
      </w:r>
      <w:r w:rsidRPr="004738B2">
        <w:rPr>
          <w:lang w:val="hu-HU"/>
        </w:rPr>
        <w:t xml:space="preserve"> pont</w:t>
      </w:r>
      <w:r w:rsidR="00186647" w:rsidRPr="004738B2">
        <w:rPr>
          <w:lang w:val="hu-HU"/>
        </w:rPr>
        <w:br/>
      </w:r>
      <w:r w:rsidRPr="004738B2">
        <w:rPr>
          <w:lang w:val="hu-HU"/>
        </w:rPr>
        <w:t>Vereség: 0 pont</w:t>
      </w:r>
    </w:p>
    <w:p w14:paraId="37EFE4B7" w14:textId="443D5CB3" w:rsidR="004652EE" w:rsidRDefault="131D966B" w:rsidP="00D47D08">
      <w:pPr>
        <w:jc w:val="both"/>
        <w:rPr>
          <w:lang w:val="hu-HU"/>
        </w:rPr>
      </w:pPr>
      <w:r w:rsidRPr="004738B2">
        <w:rPr>
          <w:lang w:val="hu-HU"/>
        </w:rPr>
        <w:t>A</w:t>
      </w:r>
      <w:r w:rsidR="54665164" w:rsidRPr="004738B2">
        <w:rPr>
          <w:lang w:val="hu-HU"/>
        </w:rPr>
        <w:t xml:space="preserve"> Tour időtartama alatt</w:t>
      </w:r>
      <w:r w:rsidR="6D43163C" w:rsidRPr="004738B2">
        <w:rPr>
          <w:lang w:val="hu-HU"/>
        </w:rPr>
        <w:t xml:space="preserve"> a</w:t>
      </w:r>
      <w:r w:rsidRPr="004738B2">
        <w:rPr>
          <w:lang w:val="hu-HU"/>
        </w:rPr>
        <w:t xml:space="preserve"> </w:t>
      </w:r>
      <w:r w:rsidR="46D76D04" w:rsidRPr="004738B2">
        <w:rPr>
          <w:lang w:val="hu-HU"/>
        </w:rPr>
        <w:t>tenisz szakosztály által szervezett hivatalos versenye</w:t>
      </w:r>
      <w:r w:rsidR="76D5C037" w:rsidRPr="004738B2">
        <w:rPr>
          <w:lang w:val="hu-HU"/>
        </w:rPr>
        <w:t xml:space="preserve">ken lejátszott mérkőzések eredményei </w:t>
      </w:r>
      <w:r w:rsidR="4C942BCD" w:rsidRPr="004738B2">
        <w:rPr>
          <w:lang w:val="hu-HU"/>
        </w:rPr>
        <w:t xml:space="preserve">nem számítanak bele az </w:t>
      </w:r>
      <w:r w:rsidR="46D76D04" w:rsidRPr="004738B2">
        <w:rPr>
          <w:lang w:val="hu-HU"/>
        </w:rPr>
        <w:t>elért pontok</w:t>
      </w:r>
      <w:r w:rsidR="76D5C037" w:rsidRPr="004738B2">
        <w:rPr>
          <w:lang w:val="hu-HU"/>
        </w:rPr>
        <w:t>ba</w:t>
      </w:r>
      <w:r w:rsidR="5A8009E8" w:rsidRPr="004738B2">
        <w:rPr>
          <w:lang w:val="hu-HU"/>
        </w:rPr>
        <w:t xml:space="preserve">. </w:t>
      </w:r>
    </w:p>
    <w:p w14:paraId="67E8BA2F" w14:textId="77777777" w:rsidR="00FE01F5" w:rsidRPr="004738B2" w:rsidRDefault="00FE01F5" w:rsidP="00D47D08">
      <w:pPr>
        <w:jc w:val="both"/>
        <w:rPr>
          <w:lang w:val="hu-HU"/>
        </w:rPr>
      </w:pPr>
    </w:p>
    <w:p w14:paraId="63B4D997" w14:textId="77777777" w:rsidR="005B44CE" w:rsidRPr="004738B2" w:rsidRDefault="00186647" w:rsidP="00D47D08">
      <w:pPr>
        <w:jc w:val="both"/>
        <w:rPr>
          <w:lang w:val="hu-HU"/>
        </w:rPr>
      </w:pPr>
      <w:r w:rsidRPr="004738B2">
        <w:rPr>
          <w:b/>
          <w:sz w:val="24"/>
          <w:szCs w:val="24"/>
          <w:lang w:val="hu-HU"/>
        </w:rPr>
        <w:lastRenderedPageBreak/>
        <w:t>7. Ranglista</w:t>
      </w:r>
    </w:p>
    <w:p w14:paraId="681006AB" w14:textId="72EBC028" w:rsidR="00DB59FF" w:rsidRPr="004738B2" w:rsidRDefault="1945ED08" w:rsidP="008652A0">
      <w:pPr>
        <w:rPr>
          <w:lang w:val="hu-HU"/>
        </w:rPr>
      </w:pPr>
      <w:r w:rsidRPr="004738B2">
        <w:rPr>
          <w:lang w:val="hu-HU"/>
        </w:rPr>
        <w:t>A rangsort az összegyűjtött pontok határozzák meg.</w:t>
      </w:r>
      <w:r w:rsidR="00186647" w:rsidRPr="004738B2">
        <w:rPr>
          <w:lang w:val="hu-HU"/>
        </w:rPr>
        <w:br/>
      </w:r>
      <w:r w:rsidRPr="004738B2">
        <w:rPr>
          <w:lang w:val="hu-HU"/>
        </w:rPr>
        <w:t>Pontegyezőség esetén: több győzelem, egymás elleni eredmény</w:t>
      </w:r>
      <w:r w:rsidR="66CFE023" w:rsidRPr="004738B2">
        <w:rPr>
          <w:lang w:val="hu-HU"/>
        </w:rPr>
        <w:t>.</w:t>
      </w:r>
    </w:p>
    <w:p w14:paraId="69566A68" w14:textId="77777777" w:rsidR="005B44CE" w:rsidRPr="004738B2" w:rsidRDefault="00186647" w:rsidP="00D47D08">
      <w:pPr>
        <w:jc w:val="both"/>
        <w:rPr>
          <w:lang w:val="hu-HU"/>
        </w:rPr>
      </w:pPr>
      <w:r w:rsidRPr="004738B2">
        <w:rPr>
          <w:b/>
          <w:sz w:val="24"/>
          <w:szCs w:val="24"/>
          <w:lang w:val="hu-HU"/>
        </w:rPr>
        <w:t>9. Részvétel</w:t>
      </w:r>
    </w:p>
    <w:p w14:paraId="6D611546" w14:textId="022B0855" w:rsidR="1945ED08" w:rsidRPr="004738B2" w:rsidRDefault="1945ED08" w:rsidP="00D47D08">
      <w:pPr>
        <w:jc w:val="both"/>
        <w:rPr>
          <w:lang w:val="hu-HU"/>
        </w:rPr>
      </w:pPr>
      <w:r w:rsidRPr="004738B2">
        <w:rPr>
          <w:lang w:val="hu-HU"/>
        </w:rPr>
        <w:t>A részvétel önkéntes, inaktivitás esetén nincs pontlevonás.</w:t>
      </w:r>
    </w:p>
    <w:p w14:paraId="499FF24A" w14:textId="77777777" w:rsidR="005B44CE" w:rsidRPr="004738B2" w:rsidRDefault="00186647" w:rsidP="00D47D08">
      <w:pPr>
        <w:jc w:val="both"/>
        <w:rPr>
          <w:lang w:val="hu-HU"/>
        </w:rPr>
      </w:pPr>
      <w:r w:rsidRPr="004738B2">
        <w:rPr>
          <w:b/>
          <w:sz w:val="24"/>
          <w:szCs w:val="24"/>
          <w:lang w:val="hu-HU"/>
        </w:rPr>
        <w:t>10. Fair play</w:t>
      </w:r>
    </w:p>
    <w:p w14:paraId="1482EC1A" w14:textId="77777777" w:rsidR="00381935" w:rsidRDefault="1945ED08" w:rsidP="00FE01F5">
      <w:pPr>
        <w:jc w:val="both"/>
        <w:rPr>
          <w:lang w:val="hu-HU"/>
        </w:rPr>
      </w:pPr>
      <w:r w:rsidRPr="004738B2">
        <w:rPr>
          <w:lang w:val="hu-HU"/>
        </w:rPr>
        <w:t>A mérkőzések sportszerű keretek között zajlanak, vitás helyzetben a felek megegyezése az irányadó.</w:t>
      </w:r>
    </w:p>
    <w:p w14:paraId="710A9046" w14:textId="78D97182" w:rsidR="005B44CE" w:rsidRPr="004738B2" w:rsidRDefault="00381935" w:rsidP="00FE01F5">
      <w:pPr>
        <w:jc w:val="both"/>
        <w:rPr>
          <w:lang w:val="hu-HU"/>
        </w:rPr>
      </w:pPr>
      <w:r w:rsidRPr="00381935">
        <w:rPr>
          <w:b/>
          <w:bCs/>
          <w:lang w:val="hu-HU"/>
        </w:rPr>
        <w:t>11.</w:t>
      </w:r>
      <w:r>
        <w:rPr>
          <w:b/>
          <w:bCs/>
          <w:lang w:val="hu-HU"/>
        </w:rPr>
        <w:t xml:space="preserve"> </w:t>
      </w:r>
      <w:r w:rsidR="1945ED08" w:rsidRPr="004738B2">
        <w:rPr>
          <w:b/>
          <w:bCs/>
          <w:sz w:val="24"/>
          <w:szCs w:val="24"/>
          <w:lang w:val="hu-HU"/>
        </w:rPr>
        <w:t>Díjazás</w:t>
      </w:r>
    </w:p>
    <w:p w14:paraId="21B62E47" w14:textId="2F5170E4" w:rsidR="008B31D8" w:rsidRPr="004738B2" w:rsidRDefault="1945ED08" w:rsidP="00D47D08">
      <w:pPr>
        <w:jc w:val="both"/>
        <w:rPr>
          <w:lang w:val="hu-HU"/>
        </w:rPr>
      </w:pPr>
      <w:r w:rsidRPr="004738B2">
        <w:rPr>
          <w:lang w:val="hu-HU"/>
        </w:rPr>
        <w:t xml:space="preserve">A </w:t>
      </w:r>
      <w:r w:rsidR="22715926" w:rsidRPr="004738B2">
        <w:rPr>
          <w:lang w:val="hu-HU"/>
        </w:rPr>
        <w:t>versenysorozat 100.000 Ft összdíjazású, ami tárgyi nyeremény formájában kerül átadá</w:t>
      </w:r>
      <w:r w:rsidR="1BE92FEB" w:rsidRPr="004738B2">
        <w:rPr>
          <w:lang w:val="hu-HU"/>
        </w:rPr>
        <w:t>sra</w:t>
      </w:r>
      <w:r w:rsidR="73158F1D" w:rsidRPr="004738B2">
        <w:rPr>
          <w:lang w:val="hu-HU"/>
        </w:rPr>
        <w:t xml:space="preserve"> legkésőbb 2027. június 30-ig az alábbiak szerint</w:t>
      </w:r>
      <w:r w:rsidR="22715926" w:rsidRPr="004738B2">
        <w:rPr>
          <w:lang w:val="hu-HU"/>
        </w:rPr>
        <w:t>:</w:t>
      </w:r>
    </w:p>
    <w:p w14:paraId="5D8E34D1" w14:textId="7DAE5CD3" w:rsidR="5ADF75D8" w:rsidRPr="004738B2" w:rsidRDefault="5ADF75D8" w:rsidP="62AC5D7C">
      <w:pPr>
        <w:pStyle w:val="Listaszerbekezds"/>
        <w:numPr>
          <w:ilvl w:val="0"/>
          <w:numId w:val="2"/>
        </w:numPr>
        <w:rPr>
          <w:lang w:val="hu-HU"/>
        </w:rPr>
      </w:pPr>
      <w:r w:rsidRPr="004738B2">
        <w:rPr>
          <w:lang w:val="hu-HU"/>
        </w:rPr>
        <w:t>1. helyezett – 60.000</w:t>
      </w:r>
      <w:r w:rsidR="16B0237A" w:rsidRPr="004738B2">
        <w:rPr>
          <w:lang w:val="hu-HU"/>
        </w:rPr>
        <w:t xml:space="preserve"> Ft értékben</w:t>
      </w:r>
    </w:p>
    <w:p w14:paraId="17B553D3" w14:textId="5724F10F" w:rsidR="5ADF75D8" w:rsidRPr="004738B2" w:rsidRDefault="5ADF75D8" w:rsidP="62AC5D7C">
      <w:pPr>
        <w:pStyle w:val="Listaszerbekezds"/>
        <w:numPr>
          <w:ilvl w:val="0"/>
          <w:numId w:val="2"/>
        </w:numPr>
        <w:rPr>
          <w:lang w:val="hu-HU"/>
        </w:rPr>
      </w:pPr>
      <w:r w:rsidRPr="004738B2">
        <w:rPr>
          <w:lang w:val="hu-HU"/>
        </w:rPr>
        <w:t>2. helyezett – 30</w:t>
      </w:r>
      <w:r w:rsidR="60406C78" w:rsidRPr="004738B2">
        <w:rPr>
          <w:lang w:val="hu-HU"/>
        </w:rPr>
        <w:t>.</w:t>
      </w:r>
      <w:r w:rsidRPr="004738B2">
        <w:rPr>
          <w:lang w:val="hu-HU"/>
        </w:rPr>
        <w:t>000</w:t>
      </w:r>
      <w:r w:rsidR="0D4F3AF7" w:rsidRPr="004738B2">
        <w:rPr>
          <w:lang w:val="hu-HU"/>
        </w:rPr>
        <w:t xml:space="preserve"> Ft</w:t>
      </w:r>
      <w:r w:rsidR="6BC7A8AB" w:rsidRPr="004738B2">
        <w:rPr>
          <w:lang w:val="hu-HU"/>
        </w:rPr>
        <w:t xml:space="preserve"> </w:t>
      </w:r>
      <w:r w:rsidR="6BC7A8AB" w:rsidRPr="004738B2">
        <w:rPr>
          <w:rFonts w:ascii="Cambria" w:eastAsia="Cambria" w:hAnsi="Cambria" w:cs="Cambria"/>
          <w:lang w:val="hu-HU"/>
        </w:rPr>
        <w:t>értékben</w:t>
      </w:r>
    </w:p>
    <w:p w14:paraId="4912B77F" w14:textId="28714443" w:rsidR="5ADF75D8" w:rsidRPr="004738B2" w:rsidRDefault="5ADF75D8" w:rsidP="62AC5D7C">
      <w:pPr>
        <w:pStyle w:val="Listaszerbekezds"/>
        <w:numPr>
          <w:ilvl w:val="0"/>
          <w:numId w:val="2"/>
        </w:numPr>
        <w:rPr>
          <w:lang w:val="hu-HU"/>
        </w:rPr>
      </w:pPr>
      <w:r w:rsidRPr="004738B2">
        <w:rPr>
          <w:lang w:val="hu-HU"/>
        </w:rPr>
        <w:t>3. helyezett</w:t>
      </w:r>
      <w:r w:rsidR="368BBAE3" w:rsidRPr="004738B2">
        <w:rPr>
          <w:lang w:val="hu-HU"/>
        </w:rPr>
        <w:t xml:space="preserve"> – 10.000 Ft</w:t>
      </w:r>
      <w:r w:rsidR="36AC2603" w:rsidRPr="004738B2">
        <w:rPr>
          <w:lang w:val="hu-HU"/>
        </w:rPr>
        <w:t xml:space="preserve"> </w:t>
      </w:r>
      <w:r w:rsidR="36AC2603" w:rsidRPr="004738B2">
        <w:rPr>
          <w:rFonts w:ascii="Cambria" w:eastAsia="Cambria" w:hAnsi="Cambria" w:cs="Cambria"/>
          <w:lang w:val="hu-HU"/>
        </w:rPr>
        <w:t>értékben</w:t>
      </w:r>
    </w:p>
    <w:p w14:paraId="1CD35253" w14:textId="64D1E78A" w:rsidR="62AC5D7C" w:rsidRPr="004738B2" w:rsidRDefault="62AC5D7C" w:rsidP="62AC5D7C">
      <w:pPr>
        <w:rPr>
          <w:lang w:val="hu-HU"/>
        </w:rPr>
      </w:pPr>
    </w:p>
    <w:p w14:paraId="2F5EE8F3" w14:textId="534A28B9" w:rsidR="62AC5D7C" w:rsidRPr="004738B2" w:rsidRDefault="62AC5D7C" w:rsidP="62AC5D7C">
      <w:pPr>
        <w:rPr>
          <w:lang w:val="hu-HU"/>
        </w:rPr>
      </w:pPr>
    </w:p>
    <w:p w14:paraId="123E1D11" w14:textId="3B8B8F4E" w:rsidR="09138886" w:rsidRPr="004738B2" w:rsidRDefault="09138886" w:rsidP="62AC5D7C">
      <w:pPr>
        <w:rPr>
          <w:lang w:val="hu-HU"/>
        </w:rPr>
      </w:pPr>
      <w:r w:rsidRPr="004738B2">
        <w:rPr>
          <w:lang w:val="hu-HU"/>
        </w:rPr>
        <w:t>Jó versenyzést kívánunk!</w:t>
      </w:r>
    </w:p>
    <w:p w14:paraId="3C2BDA27" w14:textId="215F7CB7" w:rsidR="09138886" w:rsidRPr="004738B2" w:rsidRDefault="09138886" w:rsidP="62AC5D7C">
      <w:pPr>
        <w:rPr>
          <w:lang w:val="hu-HU"/>
        </w:rPr>
      </w:pPr>
      <w:r w:rsidRPr="004738B2">
        <w:rPr>
          <w:lang w:val="hu-HU"/>
        </w:rPr>
        <w:t>MTDSC Tenisz szakosztály</w:t>
      </w:r>
    </w:p>
    <w:p w14:paraId="33BB1EE5" w14:textId="77777777" w:rsidR="008B31D8" w:rsidRPr="004738B2" w:rsidRDefault="008B31D8">
      <w:pPr>
        <w:rPr>
          <w:lang w:val="hu-HU"/>
        </w:rPr>
      </w:pPr>
    </w:p>
    <w:sectPr w:rsidR="008B31D8" w:rsidRPr="004738B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388205"/>
    <w:multiLevelType w:val="hybridMultilevel"/>
    <w:tmpl w:val="2B50FD46"/>
    <w:lvl w:ilvl="0" w:tplc="32900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C2C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36A6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25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608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E18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40E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243E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A6B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78DF8D"/>
    <w:multiLevelType w:val="hybridMultilevel"/>
    <w:tmpl w:val="43407242"/>
    <w:lvl w:ilvl="0" w:tplc="D7849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F85B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EC2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E0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B03A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AA7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6AA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62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382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914356">
    <w:abstractNumId w:val="10"/>
  </w:num>
  <w:num w:numId="2" w16cid:durableId="1822846395">
    <w:abstractNumId w:val="9"/>
  </w:num>
  <w:num w:numId="3" w16cid:durableId="699091878">
    <w:abstractNumId w:val="8"/>
  </w:num>
  <w:num w:numId="4" w16cid:durableId="941035036">
    <w:abstractNumId w:val="6"/>
  </w:num>
  <w:num w:numId="5" w16cid:durableId="767889775">
    <w:abstractNumId w:val="5"/>
  </w:num>
  <w:num w:numId="6" w16cid:durableId="290942283">
    <w:abstractNumId w:val="4"/>
  </w:num>
  <w:num w:numId="7" w16cid:durableId="1887327165">
    <w:abstractNumId w:val="7"/>
  </w:num>
  <w:num w:numId="8" w16cid:durableId="1158039329">
    <w:abstractNumId w:val="3"/>
  </w:num>
  <w:num w:numId="9" w16cid:durableId="586839827">
    <w:abstractNumId w:val="2"/>
  </w:num>
  <w:num w:numId="10" w16cid:durableId="850754776">
    <w:abstractNumId w:val="1"/>
  </w:num>
  <w:num w:numId="11" w16cid:durableId="226652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0627"/>
    <w:rsid w:val="00034616"/>
    <w:rsid w:val="0006063C"/>
    <w:rsid w:val="0006345D"/>
    <w:rsid w:val="00063728"/>
    <w:rsid w:val="00097379"/>
    <w:rsid w:val="000B6A6B"/>
    <w:rsid w:val="000E0B5E"/>
    <w:rsid w:val="000E7556"/>
    <w:rsid w:val="0015074B"/>
    <w:rsid w:val="00152D22"/>
    <w:rsid w:val="00154DE5"/>
    <w:rsid w:val="00156DA1"/>
    <w:rsid w:val="00186647"/>
    <w:rsid w:val="002042E7"/>
    <w:rsid w:val="0020677D"/>
    <w:rsid w:val="00214FC1"/>
    <w:rsid w:val="0029639D"/>
    <w:rsid w:val="002F12F6"/>
    <w:rsid w:val="002F3FF1"/>
    <w:rsid w:val="00302CB3"/>
    <w:rsid w:val="00324954"/>
    <w:rsid w:val="00326F90"/>
    <w:rsid w:val="00342285"/>
    <w:rsid w:val="00354A75"/>
    <w:rsid w:val="00355347"/>
    <w:rsid w:val="00364C66"/>
    <w:rsid w:val="00381935"/>
    <w:rsid w:val="003B43A9"/>
    <w:rsid w:val="003C2F70"/>
    <w:rsid w:val="003D1720"/>
    <w:rsid w:val="00404D30"/>
    <w:rsid w:val="00417E70"/>
    <w:rsid w:val="0042353F"/>
    <w:rsid w:val="00446599"/>
    <w:rsid w:val="004652EE"/>
    <w:rsid w:val="004738B2"/>
    <w:rsid w:val="004914E6"/>
    <w:rsid w:val="004A3AB8"/>
    <w:rsid w:val="004D4E95"/>
    <w:rsid w:val="00520079"/>
    <w:rsid w:val="005206EC"/>
    <w:rsid w:val="00594B82"/>
    <w:rsid w:val="005B44CE"/>
    <w:rsid w:val="005B5EC6"/>
    <w:rsid w:val="005D4121"/>
    <w:rsid w:val="00600BB1"/>
    <w:rsid w:val="006B15D5"/>
    <w:rsid w:val="00711C6A"/>
    <w:rsid w:val="007151F0"/>
    <w:rsid w:val="007277A4"/>
    <w:rsid w:val="007524BC"/>
    <w:rsid w:val="0076438A"/>
    <w:rsid w:val="007764B8"/>
    <w:rsid w:val="00786A15"/>
    <w:rsid w:val="007C4722"/>
    <w:rsid w:val="007E16EB"/>
    <w:rsid w:val="00805EF0"/>
    <w:rsid w:val="008652A0"/>
    <w:rsid w:val="008A696F"/>
    <w:rsid w:val="008B31D8"/>
    <w:rsid w:val="008B7F74"/>
    <w:rsid w:val="008D8F72"/>
    <w:rsid w:val="009313F7"/>
    <w:rsid w:val="00935BF2"/>
    <w:rsid w:val="00943A5D"/>
    <w:rsid w:val="00950FD1"/>
    <w:rsid w:val="00984E16"/>
    <w:rsid w:val="009A7FAD"/>
    <w:rsid w:val="009B7576"/>
    <w:rsid w:val="009D3B47"/>
    <w:rsid w:val="009F5EA3"/>
    <w:rsid w:val="00A07870"/>
    <w:rsid w:val="00A154ED"/>
    <w:rsid w:val="00A459F7"/>
    <w:rsid w:val="00AA0BBE"/>
    <w:rsid w:val="00AA1D8D"/>
    <w:rsid w:val="00AB16C3"/>
    <w:rsid w:val="00B34555"/>
    <w:rsid w:val="00B47730"/>
    <w:rsid w:val="00B57F4C"/>
    <w:rsid w:val="00B816E4"/>
    <w:rsid w:val="00BA2B17"/>
    <w:rsid w:val="00BB4BDF"/>
    <w:rsid w:val="00BC0B45"/>
    <w:rsid w:val="00BE28A3"/>
    <w:rsid w:val="00C03201"/>
    <w:rsid w:val="00C20F2F"/>
    <w:rsid w:val="00C47F19"/>
    <w:rsid w:val="00C643F9"/>
    <w:rsid w:val="00CB0664"/>
    <w:rsid w:val="00D12CA3"/>
    <w:rsid w:val="00D27E83"/>
    <w:rsid w:val="00D30CC1"/>
    <w:rsid w:val="00D47D08"/>
    <w:rsid w:val="00D51E7C"/>
    <w:rsid w:val="00D7415B"/>
    <w:rsid w:val="00D82778"/>
    <w:rsid w:val="00D85919"/>
    <w:rsid w:val="00D86DF2"/>
    <w:rsid w:val="00D96C97"/>
    <w:rsid w:val="00DB59FF"/>
    <w:rsid w:val="00DD7D13"/>
    <w:rsid w:val="00E10866"/>
    <w:rsid w:val="00E24BD2"/>
    <w:rsid w:val="00E62DDE"/>
    <w:rsid w:val="00E7141B"/>
    <w:rsid w:val="00EA1A05"/>
    <w:rsid w:val="00EA392B"/>
    <w:rsid w:val="00EB508E"/>
    <w:rsid w:val="00EB7E70"/>
    <w:rsid w:val="00EC135F"/>
    <w:rsid w:val="00EC1CC9"/>
    <w:rsid w:val="00ED29FF"/>
    <w:rsid w:val="00ED7AC2"/>
    <w:rsid w:val="00FA22DA"/>
    <w:rsid w:val="00FA669A"/>
    <w:rsid w:val="00FB7D6B"/>
    <w:rsid w:val="00FC693F"/>
    <w:rsid w:val="00FD2F54"/>
    <w:rsid w:val="00FD56CB"/>
    <w:rsid w:val="00FE01F5"/>
    <w:rsid w:val="00FE3C9F"/>
    <w:rsid w:val="00FF2486"/>
    <w:rsid w:val="015196EF"/>
    <w:rsid w:val="01C630FA"/>
    <w:rsid w:val="021F7B22"/>
    <w:rsid w:val="02B5F982"/>
    <w:rsid w:val="031B01FE"/>
    <w:rsid w:val="04B9B21D"/>
    <w:rsid w:val="054BDE6B"/>
    <w:rsid w:val="060D37B7"/>
    <w:rsid w:val="0714E4BE"/>
    <w:rsid w:val="07E142B1"/>
    <w:rsid w:val="09083FA5"/>
    <w:rsid w:val="09138886"/>
    <w:rsid w:val="09BC5A1E"/>
    <w:rsid w:val="0A1C8A49"/>
    <w:rsid w:val="0A234209"/>
    <w:rsid w:val="0AAF5147"/>
    <w:rsid w:val="0B41A8A7"/>
    <w:rsid w:val="0D4F3AF7"/>
    <w:rsid w:val="0DCF1EC4"/>
    <w:rsid w:val="0ED97359"/>
    <w:rsid w:val="0EE0A155"/>
    <w:rsid w:val="0F7CB903"/>
    <w:rsid w:val="0F969C6A"/>
    <w:rsid w:val="106A2A34"/>
    <w:rsid w:val="108DD2F0"/>
    <w:rsid w:val="11AB3411"/>
    <w:rsid w:val="122AB803"/>
    <w:rsid w:val="1262AF43"/>
    <w:rsid w:val="1275E110"/>
    <w:rsid w:val="12EC5FFF"/>
    <w:rsid w:val="12F1DD04"/>
    <w:rsid w:val="131D966B"/>
    <w:rsid w:val="131F0328"/>
    <w:rsid w:val="1344610F"/>
    <w:rsid w:val="1431346C"/>
    <w:rsid w:val="15B74D2D"/>
    <w:rsid w:val="1665A88D"/>
    <w:rsid w:val="169DF655"/>
    <w:rsid w:val="169F0625"/>
    <w:rsid w:val="16B0237A"/>
    <w:rsid w:val="16B7C3B9"/>
    <w:rsid w:val="181B5587"/>
    <w:rsid w:val="184526F6"/>
    <w:rsid w:val="1945ED08"/>
    <w:rsid w:val="19A0F622"/>
    <w:rsid w:val="1A49143C"/>
    <w:rsid w:val="1AEB65A3"/>
    <w:rsid w:val="1BB4D39F"/>
    <w:rsid w:val="1BE92FEB"/>
    <w:rsid w:val="1C58A3F8"/>
    <w:rsid w:val="1C6CE1B2"/>
    <w:rsid w:val="1D2617FC"/>
    <w:rsid w:val="1D2BAC45"/>
    <w:rsid w:val="1D8C60CD"/>
    <w:rsid w:val="1EB12A23"/>
    <w:rsid w:val="1F60216D"/>
    <w:rsid w:val="1FB63739"/>
    <w:rsid w:val="1FD4D73A"/>
    <w:rsid w:val="1FDE8630"/>
    <w:rsid w:val="20EA0871"/>
    <w:rsid w:val="210A9D75"/>
    <w:rsid w:val="215053F7"/>
    <w:rsid w:val="21F78F2A"/>
    <w:rsid w:val="22125215"/>
    <w:rsid w:val="2214CD26"/>
    <w:rsid w:val="22715926"/>
    <w:rsid w:val="232B7122"/>
    <w:rsid w:val="232C48DB"/>
    <w:rsid w:val="27170C74"/>
    <w:rsid w:val="27754B2B"/>
    <w:rsid w:val="2797D390"/>
    <w:rsid w:val="28A226E2"/>
    <w:rsid w:val="2B179E2F"/>
    <w:rsid w:val="2BE17735"/>
    <w:rsid w:val="2C6A7FF4"/>
    <w:rsid w:val="2CD742EA"/>
    <w:rsid w:val="2D0AF482"/>
    <w:rsid w:val="2FE4DEB1"/>
    <w:rsid w:val="3012A7F1"/>
    <w:rsid w:val="305A102C"/>
    <w:rsid w:val="3179BD85"/>
    <w:rsid w:val="3230D07B"/>
    <w:rsid w:val="340EEEE1"/>
    <w:rsid w:val="34121D20"/>
    <w:rsid w:val="34149AF7"/>
    <w:rsid w:val="351C35D1"/>
    <w:rsid w:val="35348C00"/>
    <w:rsid w:val="3603B31E"/>
    <w:rsid w:val="3689B925"/>
    <w:rsid w:val="368BBAE3"/>
    <w:rsid w:val="36AC2603"/>
    <w:rsid w:val="37264238"/>
    <w:rsid w:val="373200F4"/>
    <w:rsid w:val="38067BD7"/>
    <w:rsid w:val="389F67ED"/>
    <w:rsid w:val="395CE842"/>
    <w:rsid w:val="39C238FA"/>
    <w:rsid w:val="3A351467"/>
    <w:rsid w:val="3AAB7256"/>
    <w:rsid w:val="3ADF52D8"/>
    <w:rsid w:val="3B2AAB0B"/>
    <w:rsid w:val="3B317DA0"/>
    <w:rsid w:val="3BF7E595"/>
    <w:rsid w:val="3C1A0721"/>
    <w:rsid w:val="3C353C86"/>
    <w:rsid w:val="3D014DD9"/>
    <w:rsid w:val="3D339A74"/>
    <w:rsid w:val="3EE51D9D"/>
    <w:rsid w:val="3F799A79"/>
    <w:rsid w:val="3F7FC1F6"/>
    <w:rsid w:val="401E13CF"/>
    <w:rsid w:val="40DF53C2"/>
    <w:rsid w:val="41EEEA9D"/>
    <w:rsid w:val="424786E0"/>
    <w:rsid w:val="430179D5"/>
    <w:rsid w:val="43388103"/>
    <w:rsid w:val="43D5DA50"/>
    <w:rsid w:val="44E3CC11"/>
    <w:rsid w:val="460872C4"/>
    <w:rsid w:val="461217B6"/>
    <w:rsid w:val="46D76D04"/>
    <w:rsid w:val="47A69206"/>
    <w:rsid w:val="47B34581"/>
    <w:rsid w:val="49148711"/>
    <w:rsid w:val="49E5B4F8"/>
    <w:rsid w:val="4A572A1B"/>
    <w:rsid w:val="4A7E7556"/>
    <w:rsid w:val="4ACC8637"/>
    <w:rsid w:val="4B84096A"/>
    <w:rsid w:val="4B97C09E"/>
    <w:rsid w:val="4BCEC7F9"/>
    <w:rsid w:val="4C2040EC"/>
    <w:rsid w:val="4C942BCD"/>
    <w:rsid w:val="4D25CAAA"/>
    <w:rsid w:val="4D8AAA2B"/>
    <w:rsid w:val="4E01DFB7"/>
    <w:rsid w:val="4E70934D"/>
    <w:rsid w:val="4E919F03"/>
    <w:rsid w:val="4EB57502"/>
    <w:rsid w:val="4F2F5780"/>
    <w:rsid w:val="5044878B"/>
    <w:rsid w:val="505A767E"/>
    <w:rsid w:val="50D37065"/>
    <w:rsid w:val="511E7202"/>
    <w:rsid w:val="5265BD28"/>
    <w:rsid w:val="528524E7"/>
    <w:rsid w:val="52B74046"/>
    <w:rsid w:val="52D00B95"/>
    <w:rsid w:val="52FFFEA8"/>
    <w:rsid w:val="5454C3D8"/>
    <w:rsid w:val="545A711F"/>
    <w:rsid w:val="54665164"/>
    <w:rsid w:val="56A64111"/>
    <w:rsid w:val="57076F75"/>
    <w:rsid w:val="57DE7F3C"/>
    <w:rsid w:val="5856C73A"/>
    <w:rsid w:val="58B5D258"/>
    <w:rsid w:val="5A387776"/>
    <w:rsid w:val="5A8009E8"/>
    <w:rsid w:val="5ADF75D8"/>
    <w:rsid w:val="5AE30A8C"/>
    <w:rsid w:val="5B153015"/>
    <w:rsid w:val="5BDFFD54"/>
    <w:rsid w:val="5C1590C8"/>
    <w:rsid w:val="5C6F8439"/>
    <w:rsid w:val="5D4425CE"/>
    <w:rsid w:val="5D4E49CE"/>
    <w:rsid w:val="5D6B6010"/>
    <w:rsid w:val="5F1457F0"/>
    <w:rsid w:val="5F53A831"/>
    <w:rsid w:val="5F64AC48"/>
    <w:rsid w:val="60406C78"/>
    <w:rsid w:val="60945210"/>
    <w:rsid w:val="62202F1A"/>
    <w:rsid w:val="62617EEA"/>
    <w:rsid w:val="62AC5D7C"/>
    <w:rsid w:val="63516689"/>
    <w:rsid w:val="63866777"/>
    <w:rsid w:val="63A8107F"/>
    <w:rsid w:val="642CA33C"/>
    <w:rsid w:val="64D5F73F"/>
    <w:rsid w:val="653087A6"/>
    <w:rsid w:val="653510D4"/>
    <w:rsid w:val="659793DB"/>
    <w:rsid w:val="65B2A339"/>
    <w:rsid w:val="66CFE023"/>
    <w:rsid w:val="67B0BF50"/>
    <w:rsid w:val="67B36EF8"/>
    <w:rsid w:val="67FE3506"/>
    <w:rsid w:val="6903010A"/>
    <w:rsid w:val="6941293F"/>
    <w:rsid w:val="69450AFD"/>
    <w:rsid w:val="69B0128B"/>
    <w:rsid w:val="69F81F05"/>
    <w:rsid w:val="6A41B08C"/>
    <w:rsid w:val="6A63300C"/>
    <w:rsid w:val="6B089D84"/>
    <w:rsid w:val="6B7967D7"/>
    <w:rsid w:val="6B91A1F1"/>
    <w:rsid w:val="6BC7A8AB"/>
    <w:rsid w:val="6D43163C"/>
    <w:rsid w:val="6E62F357"/>
    <w:rsid w:val="7019CF44"/>
    <w:rsid w:val="70E44B21"/>
    <w:rsid w:val="712FC9D5"/>
    <w:rsid w:val="7281B471"/>
    <w:rsid w:val="729ACA9F"/>
    <w:rsid w:val="72DFCCD4"/>
    <w:rsid w:val="73117E89"/>
    <w:rsid w:val="73158F1D"/>
    <w:rsid w:val="7346533A"/>
    <w:rsid w:val="734EEB35"/>
    <w:rsid w:val="73E515DE"/>
    <w:rsid w:val="73FA01E8"/>
    <w:rsid w:val="7472410D"/>
    <w:rsid w:val="74939247"/>
    <w:rsid w:val="7569796E"/>
    <w:rsid w:val="7580A5E9"/>
    <w:rsid w:val="76D5C037"/>
    <w:rsid w:val="785A85D8"/>
    <w:rsid w:val="7993A2DA"/>
    <w:rsid w:val="79B85E12"/>
    <w:rsid w:val="79EE4E5B"/>
    <w:rsid w:val="7A57B353"/>
    <w:rsid w:val="7AAD0811"/>
    <w:rsid w:val="7AC4D6FA"/>
    <w:rsid w:val="7ADFB5FB"/>
    <w:rsid w:val="7BB6F359"/>
    <w:rsid w:val="7C1856BB"/>
    <w:rsid w:val="7D6C3F7B"/>
    <w:rsid w:val="7DBF94C7"/>
    <w:rsid w:val="7F76E6CE"/>
    <w:rsid w:val="7FB8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D32D17"/>
  <w14:defaultImageDpi w14:val="300"/>
  <w15:docId w15:val="{80BA7955-5443-4F42-995C-69EF12EA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4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7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8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9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62AC5D7C"/>
    <w:rPr>
      <w:color w:val="0000FF"/>
      <w:u w:val="single"/>
    </w:rPr>
  </w:style>
  <w:style w:type="paragraph" w:styleId="Vltozat">
    <w:name w:val="Revision"/>
    <w:hidden/>
    <w:uiPriority w:val="99"/>
    <w:semiHidden/>
    <w:rsid w:val="00EC135F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4D4E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gdFoYS2Ew_UMl1eJxEnwAHWQDhQK3KpEgHtYab0fuOg/edit?usp=shar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gle/A52GyoCaxCMQJhHj8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telekomtenisztou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lekomteniszto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5007</Characters>
  <Application>Microsoft Office Word</Application>
  <DocSecurity>0</DocSecurity>
  <Lines>41</Lines>
  <Paragraphs>11</Paragraphs>
  <ScaleCrop>false</ScaleCrop>
  <Manager/>
  <Company/>
  <LinksUpToDate>false</LinksUpToDate>
  <CharactersWithSpaces>5721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Sallay Roland</cp:lastModifiedBy>
  <cp:revision>2</cp:revision>
  <dcterms:created xsi:type="dcterms:W3CDTF">2026-05-22T19:52:00Z</dcterms:created>
  <dcterms:modified xsi:type="dcterms:W3CDTF">2026-05-22T19:52:00Z</dcterms:modified>
  <cp:category/>
</cp:coreProperties>
</file>